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CCFA2" w14:textId="5048C91E" w:rsidR="00FA371F" w:rsidRDefault="00FB6C71">
      <w:pPr>
        <w:jc w:val="center"/>
        <w:rPr>
          <w:rFonts w:hint="default"/>
          <w:lang w:eastAsia="ja-JP"/>
        </w:rPr>
      </w:pPr>
      <w:r>
        <w:rPr>
          <w:rFonts w:ascii="ＭＳ ゴシック" w:hAnsi="ＭＳ ゴシック"/>
          <w:b/>
          <w:sz w:val="32"/>
          <w:lang w:eastAsia="ja-JP"/>
        </w:rPr>
        <w:t>宇城市指定避難所</w:t>
      </w:r>
      <w:r w:rsidR="00641C3C">
        <w:rPr>
          <w:rFonts w:ascii="ＭＳ ゴシック" w:hAnsi="ＭＳ ゴシック"/>
          <w:b/>
          <w:sz w:val="32"/>
          <w:lang w:eastAsia="ja-JP"/>
        </w:rPr>
        <w:t xml:space="preserve"> </w:t>
      </w:r>
      <w:r w:rsidR="00641C3C">
        <w:rPr>
          <w:rFonts w:ascii="ＭＳ ゴシック" w:hAnsi="ＭＳ ゴシック"/>
          <w:b/>
          <w:sz w:val="32"/>
          <w:lang w:eastAsia="ja-JP"/>
        </w:rPr>
        <w:t>外部支援（ボランティア等）</w:t>
      </w:r>
      <w:r>
        <w:rPr>
          <w:rFonts w:ascii="ＭＳ ゴシック" w:hAnsi="ＭＳ ゴシック"/>
          <w:b/>
          <w:sz w:val="32"/>
          <w:lang w:eastAsia="ja-JP"/>
        </w:rPr>
        <w:t>申請</w:t>
      </w:r>
      <w:r w:rsidR="00641C3C">
        <w:rPr>
          <w:rFonts w:ascii="ＭＳ ゴシック" w:hAnsi="ＭＳ ゴシック"/>
          <w:b/>
          <w:sz w:val="32"/>
          <w:lang w:eastAsia="ja-JP"/>
        </w:rPr>
        <w:t>フォーム</w:t>
      </w:r>
    </w:p>
    <w:p w14:paraId="38866107" w14:textId="36D4B0CB" w:rsidR="00FA371F" w:rsidRDefault="00FB6C71" w:rsidP="00FB6C71">
      <w:pPr>
        <w:jc w:val="center"/>
        <w:rPr>
          <w:rFonts w:hint="default"/>
          <w:iCs/>
          <w:color w:val="FF0000"/>
          <w:sz w:val="28"/>
          <w:szCs w:val="28"/>
          <w:lang w:eastAsia="ja-JP"/>
        </w:rPr>
      </w:pPr>
      <w:r w:rsidRPr="002462B0">
        <w:rPr>
          <w:iCs/>
          <w:color w:val="FF0000"/>
          <w:sz w:val="28"/>
          <w:szCs w:val="28"/>
          <w:lang w:eastAsia="ja-JP"/>
        </w:rPr>
        <w:t>＊活動当日に受付完了後の申請フォームを印刷して、持参してください。</w:t>
      </w:r>
    </w:p>
    <w:p w14:paraId="46ABE853" w14:textId="77777777" w:rsidR="002462B0" w:rsidRPr="002462B0" w:rsidRDefault="002462B0" w:rsidP="002462B0">
      <w:pPr>
        <w:pBdr>
          <w:bottom w:val="single" w:sz="12" w:space="4" w:color="4F81BD"/>
        </w:pBdr>
        <w:rPr>
          <w:bCs/>
          <w:color w:val="FF0000"/>
          <w:sz w:val="22"/>
          <w:lang w:eastAsia="ja-JP"/>
        </w:rPr>
      </w:pPr>
      <w:r w:rsidRPr="002462B0">
        <w:rPr>
          <w:rFonts w:ascii="ＭＳ ゴシック" w:hAnsi="ＭＳ ゴシック"/>
          <w:bCs/>
          <w:color w:val="FF0000"/>
          <w:sz w:val="22"/>
          <w:lang w:eastAsia="ja-JP"/>
        </w:rPr>
        <w:t>（注）キッチンカーや炊き出し、瓦礫の片付け（一般ボ</w:t>
      </w:r>
      <w:r>
        <w:rPr>
          <w:rFonts w:ascii="ＭＳ ゴシック" w:hAnsi="ＭＳ ゴシック"/>
          <w:bCs/>
          <w:color w:val="FF0000"/>
          <w:sz w:val="22"/>
          <w:lang w:eastAsia="ja-JP"/>
        </w:rPr>
        <w:t>ラ</w:t>
      </w:r>
      <w:r w:rsidRPr="002462B0">
        <w:rPr>
          <w:rFonts w:ascii="ＭＳ ゴシック" w:hAnsi="ＭＳ ゴシック"/>
          <w:bCs/>
          <w:color w:val="FF0000"/>
          <w:sz w:val="22"/>
          <w:lang w:eastAsia="ja-JP"/>
        </w:rPr>
        <w:t>ンティア）の受付はしておりません。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498"/>
        <w:gridCol w:w="2498"/>
        <w:gridCol w:w="2498"/>
        <w:gridCol w:w="2498"/>
      </w:tblGrid>
      <w:tr w:rsidR="00FA371F" w14:paraId="019BB109" w14:textId="77777777">
        <w:tc>
          <w:tcPr>
            <w:tcW w:w="249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A5F2CD" w14:textId="2EB5291C" w:rsidR="00FA371F" w:rsidRDefault="00FB6C71">
            <w:pPr>
              <w:rPr>
                <w:rFonts w:hint="default"/>
                <w:sz w:val="20"/>
              </w:rPr>
            </w:pPr>
            <w:r>
              <w:rPr>
                <w:sz w:val="20"/>
                <w:lang w:eastAsia="ja-JP"/>
              </w:rPr>
              <w:t>申請日</w:t>
            </w:r>
          </w:p>
          <w:p w14:paraId="164527F5" w14:textId="5FFFF290" w:rsidR="00FB6C71" w:rsidRDefault="00FB6C71">
            <w:pPr>
              <w:rPr>
                <w:rFonts w:hint="default"/>
              </w:rPr>
            </w:pPr>
            <w:r>
              <w:rPr>
                <w:sz w:val="20"/>
                <w:lang w:eastAsia="ja-JP"/>
              </w:rPr>
              <w:t>2026年　　月　　日</w:t>
            </w:r>
          </w:p>
        </w:tc>
        <w:tc>
          <w:tcPr>
            <w:tcW w:w="249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AD62D5" w14:textId="1176AB6B" w:rsidR="00FA371F" w:rsidRDefault="00FB6C71">
            <w:pPr>
              <w:rPr>
                <w:rFonts w:hint="default"/>
                <w:lang w:eastAsia="ja-JP"/>
              </w:rPr>
            </w:pPr>
            <w:r>
              <w:rPr>
                <w:lang w:eastAsia="ja-JP"/>
              </w:rPr>
              <w:t>活動希望日</w:t>
            </w:r>
          </w:p>
          <w:p w14:paraId="761A9062" w14:textId="28AAB20F" w:rsidR="00FB6C71" w:rsidRDefault="00FB6C71" w:rsidP="00FB6C71">
            <w:r>
              <w:rPr>
                <w:lang w:eastAsia="ja-JP"/>
              </w:rPr>
              <w:t xml:space="preserve">2026年　月　日　　　　</w:t>
            </w:r>
          </w:p>
        </w:tc>
        <w:tc>
          <w:tcPr>
            <w:tcW w:w="249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1C4345" w14:textId="77777777" w:rsidR="00FA371F" w:rsidRDefault="00FB6C71">
            <w:pPr>
              <w:rPr>
                <w:rFonts w:hint="default"/>
              </w:rPr>
            </w:pPr>
            <w:r>
              <w:rPr>
                <w:lang w:eastAsia="ja-JP"/>
              </w:rPr>
              <w:t>活動時間</w:t>
            </w:r>
          </w:p>
          <w:p w14:paraId="7421EA26" w14:textId="37991E68" w:rsidR="00FB6C71" w:rsidRDefault="00FB6C71">
            <w:pPr>
              <w:rPr>
                <w:rFonts w:hint="default"/>
              </w:rPr>
            </w:pPr>
            <w:r>
              <w:rPr>
                <w:lang w:eastAsia="ja-JP"/>
              </w:rPr>
              <w:t xml:space="preserve">　　：　　～　　：</w:t>
            </w:r>
          </w:p>
        </w:tc>
        <w:tc>
          <w:tcPr>
            <w:tcW w:w="249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C45FDD" w14:textId="714F2F05" w:rsidR="00FA371F" w:rsidRPr="00F56FCD" w:rsidRDefault="00F56FCD">
            <w:pPr>
              <w:rPr>
                <w:rFonts w:hint="default"/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eastAsia="ja-JP"/>
              </w:rPr>
              <w:t>（</w:t>
            </w:r>
            <w:r w:rsidR="00FB6C71" w:rsidRPr="00F56FCD">
              <w:rPr>
                <w:sz w:val="18"/>
                <w:szCs w:val="18"/>
                <w:lang w:eastAsia="ja-JP"/>
              </w:rPr>
              <w:t>事務局記入欄</w:t>
            </w:r>
            <w:r>
              <w:rPr>
                <w:sz w:val="18"/>
                <w:szCs w:val="18"/>
                <w:lang w:eastAsia="ja-JP"/>
              </w:rPr>
              <w:t>）</w:t>
            </w:r>
          </w:p>
          <w:p w14:paraId="54209908" w14:textId="716A4E89" w:rsidR="00FB6C71" w:rsidRDefault="00FB6C71">
            <w:r>
              <w:rPr>
                <w:lang w:eastAsia="ja-JP"/>
              </w:rPr>
              <w:t>受付者</w:t>
            </w:r>
            <w:r w:rsidR="00641C3C">
              <w:rPr>
                <w:lang w:eastAsia="ja-JP"/>
              </w:rPr>
              <w:t>：</w:t>
            </w:r>
          </w:p>
        </w:tc>
      </w:tr>
    </w:tbl>
    <w:p w14:paraId="4CE353AD" w14:textId="77777777" w:rsidR="00FA371F" w:rsidRDefault="00FA371F">
      <w:pPr>
        <w:rPr>
          <w:rFonts w:hint="default"/>
        </w:rPr>
      </w:pPr>
    </w:p>
    <w:p w14:paraId="480DF089" w14:textId="0F70034F" w:rsidR="00FA371F" w:rsidRDefault="00641C3C">
      <w:pPr>
        <w:pBdr>
          <w:bottom w:val="single" w:sz="12" w:space="4" w:color="4F81BD"/>
        </w:pBdr>
        <w:rPr>
          <w:rFonts w:hint="default"/>
        </w:rPr>
      </w:pPr>
      <w:r>
        <w:rPr>
          <w:rFonts w:ascii="ＭＳ ゴシック" w:hAnsi="ＭＳ ゴシック"/>
          <w:b/>
          <w:sz w:val="24"/>
        </w:rPr>
        <w:t xml:space="preserve">1. </w:t>
      </w:r>
      <w:proofErr w:type="spellStart"/>
      <w:r>
        <w:rPr>
          <w:rFonts w:ascii="ＭＳ ゴシック" w:hAnsi="ＭＳ ゴシック"/>
          <w:b/>
          <w:sz w:val="24"/>
        </w:rPr>
        <w:t>申請者基本情報（</w:t>
      </w:r>
      <w:r>
        <w:rPr>
          <w:rFonts w:ascii="ＭＳ ゴシック" w:hAnsi="ＭＳ ゴシック"/>
          <w:b/>
          <w:sz w:val="24"/>
        </w:rPr>
        <w:t>記入</w:t>
      </w:r>
      <w:proofErr w:type="spellEnd"/>
      <w:r w:rsidR="00FB6C71">
        <w:rPr>
          <w:rFonts w:ascii="ＭＳ ゴシック" w:hAnsi="ＭＳ ゴシック"/>
          <w:b/>
          <w:sz w:val="24"/>
          <w:lang w:eastAsia="ja-JP"/>
        </w:rPr>
        <w:t>必須</w:t>
      </w:r>
      <w:r>
        <w:rPr>
          <w:rFonts w:ascii="ＭＳ ゴシック" w:hAnsi="ＭＳ ゴシック"/>
          <w:b/>
          <w:sz w:val="24"/>
        </w:rPr>
        <w:t>）</w:t>
      </w:r>
    </w:p>
    <w:p w14:paraId="59D19128" w14:textId="77777777" w:rsidR="00FA371F" w:rsidRDefault="00641C3C">
      <w:pPr>
        <w:spacing w:line="312" w:lineRule="auto"/>
        <w:rPr>
          <w:rFonts w:hint="default"/>
          <w:lang w:eastAsia="ja-JP"/>
        </w:rPr>
      </w:pPr>
      <w:r>
        <w:rPr>
          <w:b/>
          <w:lang w:eastAsia="ja-JP"/>
        </w:rPr>
        <w:t>■</w:t>
      </w:r>
      <w:r>
        <w:rPr>
          <w:b/>
          <w:lang w:eastAsia="ja-JP"/>
        </w:rPr>
        <w:t xml:space="preserve"> </w:t>
      </w:r>
      <w:r>
        <w:rPr>
          <w:b/>
          <w:lang w:eastAsia="ja-JP"/>
        </w:rPr>
        <w:t>団体名</w:t>
      </w:r>
      <w:r>
        <w:rPr>
          <w:b/>
          <w:lang w:eastAsia="ja-JP"/>
        </w:rPr>
        <w:t xml:space="preserve"> / </w:t>
      </w:r>
      <w:r>
        <w:rPr>
          <w:b/>
          <w:lang w:eastAsia="ja-JP"/>
        </w:rPr>
        <w:t>個人名：</w:t>
      </w:r>
      <w:r>
        <w:rPr>
          <w:b/>
          <w:lang w:eastAsia="ja-JP"/>
        </w:rPr>
        <w:t xml:space="preserve"> </w:t>
      </w:r>
      <w:r>
        <w:rPr>
          <w:color w:val="787878"/>
          <w:sz w:val="19"/>
          <w:lang w:eastAsia="ja-JP"/>
        </w:rPr>
        <w:t>（法人の場合は企業・団体名、個人の場合は個人名をご記入ください）</w:t>
      </w:r>
      <w:r>
        <w:rPr>
          <w:color w:val="787878"/>
          <w:sz w:val="19"/>
          <w:lang w:eastAsia="ja-JP"/>
        </w:rPr>
        <w:br/>
      </w:r>
      <w:r>
        <w:rPr>
          <w:u w:val="single"/>
          <w:lang w:eastAsia="ja-JP"/>
        </w:rPr>
        <w:t xml:space="preserve">　　　　　　　　　　　　　　　　　　　　　　　　　　　　　　</w:t>
      </w:r>
    </w:p>
    <w:p w14:paraId="2604C8A0" w14:textId="77777777" w:rsidR="00641C3C" w:rsidRDefault="00641C3C">
      <w:pPr>
        <w:spacing w:line="312" w:lineRule="auto"/>
        <w:rPr>
          <w:rFonts w:hint="default"/>
          <w:u w:val="single"/>
          <w:lang w:eastAsia="ja-JP"/>
        </w:rPr>
      </w:pPr>
      <w:r>
        <w:rPr>
          <w:b/>
          <w:lang w:eastAsia="ja-JP"/>
        </w:rPr>
        <w:t>■</w:t>
      </w:r>
      <w:r>
        <w:rPr>
          <w:b/>
          <w:lang w:eastAsia="ja-JP"/>
        </w:rPr>
        <w:t xml:space="preserve"> </w:t>
      </w:r>
      <w:r>
        <w:rPr>
          <w:b/>
          <w:lang w:eastAsia="ja-JP"/>
        </w:rPr>
        <w:t>代表者氏名：</w:t>
      </w:r>
      <w:r>
        <w:rPr>
          <w:b/>
          <w:lang w:eastAsia="ja-JP"/>
        </w:rPr>
        <w:t xml:space="preserve"> </w:t>
      </w:r>
      <w:r>
        <w:rPr>
          <w:color w:val="787878"/>
          <w:sz w:val="19"/>
          <w:lang w:eastAsia="ja-JP"/>
        </w:rPr>
        <w:t>（当日の責任者氏名）</w:t>
      </w:r>
      <w:r>
        <w:rPr>
          <w:u w:val="single"/>
          <w:lang w:eastAsia="ja-JP"/>
        </w:rPr>
        <w:t xml:space="preserve">　</w:t>
      </w:r>
    </w:p>
    <w:p w14:paraId="57BAA01E" w14:textId="573BA3B9" w:rsidR="00FA371F" w:rsidRDefault="00641C3C">
      <w:pPr>
        <w:spacing w:line="312" w:lineRule="auto"/>
        <w:rPr>
          <w:rFonts w:hint="default"/>
          <w:lang w:eastAsia="ja-JP"/>
        </w:rPr>
      </w:pPr>
      <w:r>
        <w:rPr>
          <w:u w:val="single"/>
          <w:lang w:eastAsia="ja-JP"/>
        </w:rPr>
        <w:t xml:space="preserve">　　　　　　　　　　　　　　　　　　　　　　　　　　　　　</w:t>
      </w:r>
    </w:p>
    <w:p w14:paraId="2D9D9104" w14:textId="77777777" w:rsidR="00FA371F" w:rsidRDefault="00641C3C">
      <w:pPr>
        <w:spacing w:line="312" w:lineRule="auto"/>
        <w:rPr>
          <w:rFonts w:hint="default"/>
          <w:lang w:eastAsia="ja-JP"/>
        </w:rPr>
      </w:pPr>
      <w:r>
        <w:rPr>
          <w:b/>
          <w:lang w:eastAsia="ja-JP"/>
        </w:rPr>
        <w:t>■</w:t>
      </w:r>
      <w:r>
        <w:rPr>
          <w:b/>
          <w:lang w:eastAsia="ja-JP"/>
        </w:rPr>
        <w:t xml:space="preserve"> </w:t>
      </w:r>
      <w:r>
        <w:rPr>
          <w:b/>
          <w:lang w:eastAsia="ja-JP"/>
        </w:rPr>
        <w:t>当日の活動人数：</w:t>
      </w:r>
      <w:r>
        <w:rPr>
          <w:b/>
          <w:lang w:eastAsia="ja-JP"/>
        </w:rPr>
        <w:t xml:space="preserve"> </w:t>
      </w:r>
      <w:r>
        <w:rPr>
          <w:color w:val="787878"/>
          <w:sz w:val="19"/>
          <w:lang w:eastAsia="ja-JP"/>
        </w:rPr>
        <w:t>合計：</w:t>
      </w:r>
      <w:r>
        <w:rPr>
          <w:color w:val="787878"/>
          <w:sz w:val="19"/>
          <w:lang w:eastAsia="ja-JP"/>
        </w:rPr>
        <w:t xml:space="preserve">          </w:t>
      </w:r>
      <w:r>
        <w:rPr>
          <w:color w:val="787878"/>
          <w:sz w:val="19"/>
          <w:lang w:eastAsia="ja-JP"/>
        </w:rPr>
        <w:t>名</w:t>
      </w:r>
    </w:p>
    <w:p w14:paraId="10D1126F" w14:textId="77777777" w:rsidR="00FA371F" w:rsidRDefault="00641C3C">
      <w:pPr>
        <w:spacing w:line="312" w:lineRule="auto"/>
        <w:rPr>
          <w:rFonts w:hint="default"/>
          <w:lang w:eastAsia="ja-JP"/>
        </w:rPr>
      </w:pPr>
      <w:r>
        <w:rPr>
          <w:b/>
          <w:lang w:eastAsia="ja-JP"/>
        </w:rPr>
        <w:t>■</w:t>
      </w:r>
      <w:r>
        <w:rPr>
          <w:b/>
          <w:lang w:eastAsia="ja-JP"/>
        </w:rPr>
        <w:t xml:space="preserve"> </w:t>
      </w:r>
      <w:r>
        <w:rPr>
          <w:b/>
          <w:lang w:eastAsia="ja-JP"/>
        </w:rPr>
        <w:t>当日の連絡先（携帯）：</w:t>
      </w:r>
      <w:r>
        <w:rPr>
          <w:b/>
          <w:lang w:eastAsia="ja-JP"/>
        </w:rPr>
        <w:t xml:space="preserve"> </w:t>
      </w:r>
      <w:r>
        <w:rPr>
          <w:color w:val="787878"/>
          <w:sz w:val="19"/>
          <w:lang w:eastAsia="ja-JP"/>
        </w:rPr>
        <w:t>（最も連絡がつきやすい番号をご記入ください）</w:t>
      </w:r>
      <w:r>
        <w:rPr>
          <w:color w:val="787878"/>
          <w:sz w:val="19"/>
          <w:lang w:eastAsia="ja-JP"/>
        </w:rPr>
        <w:br/>
      </w:r>
      <w:r>
        <w:rPr>
          <w:u w:val="single"/>
          <w:lang w:eastAsia="ja-JP"/>
        </w:rPr>
        <w:t xml:space="preserve">　　　　　　　　　　　　　　　　　　　　　　　　　　　　　　</w:t>
      </w:r>
    </w:p>
    <w:p w14:paraId="3FBCE6D8" w14:textId="05CBD293" w:rsidR="00FA371F" w:rsidRDefault="00641C3C">
      <w:pPr>
        <w:spacing w:line="312" w:lineRule="auto"/>
        <w:rPr>
          <w:rFonts w:hint="default"/>
          <w:color w:val="787878"/>
          <w:sz w:val="19"/>
          <w:lang w:eastAsia="ja-JP"/>
        </w:rPr>
      </w:pPr>
      <w:r>
        <w:rPr>
          <w:b/>
          <w:lang w:eastAsia="ja-JP"/>
        </w:rPr>
        <w:t>■</w:t>
      </w:r>
      <w:r>
        <w:rPr>
          <w:b/>
          <w:lang w:eastAsia="ja-JP"/>
        </w:rPr>
        <w:t xml:space="preserve"> </w:t>
      </w:r>
      <w:r>
        <w:rPr>
          <w:b/>
          <w:lang w:eastAsia="ja-JP"/>
        </w:rPr>
        <w:t>来場車両情報：</w:t>
      </w:r>
      <w:r>
        <w:rPr>
          <w:b/>
          <w:lang w:eastAsia="ja-JP"/>
        </w:rPr>
        <w:t xml:space="preserve"> </w:t>
      </w:r>
      <w:r>
        <w:rPr>
          <w:color w:val="787878"/>
          <w:sz w:val="19"/>
          <w:lang w:eastAsia="ja-JP"/>
        </w:rPr>
        <w:t>□</w:t>
      </w:r>
      <w:r>
        <w:rPr>
          <w:color w:val="787878"/>
          <w:sz w:val="19"/>
          <w:lang w:eastAsia="ja-JP"/>
        </w:rPr>
        <w:t xml:space="preserve"> </w:t>
      </w:r>
      <w:r>
        <w:rPr>
          <w:color w:val="787878"/>
          <w:sz w:val="19"/>
          <w:lang w:eastAsia="ja-JP"/>
        </w:rPr>
        <w:t>車両あり</w:t>
      </w:r>
      <w:r>
        <w:rPr>
          <w:color w:val="787878"/>
          <w:sz w:val="19"/>
          <w:lang w:eastAsia="ja-JP"/>
        </w:rPr>
        <w:t xml:space="preserve"> </w:t>
      </w:r>
      <w:r>
        <w:rPr>
          <w:color w:val="787878"/>
          <w:sz w:val="19"/>
          <w:lang w:eastAsia="ja-JP"/>
        </w:rPr>
        <w:t>（</w:t>
      </w:r>
      <w:r>
        <w:rPr>
          <w:color w:val="787878"/>
          <w:sz w:val="19"/>
          <w:lang w:eastAsia="ja-JP"/>
        </w:rPr>
        <w:t xml:space="preserve"> </w:t>
      </w:r>
      <w:r>
        <w:rPr>
          <w:color w:val="787878"/>
          <w:sz w:val="19"/>
          <w:lang w:eastAsia="ja-JP"/>
        </w:rPr>
        <w:t>ナンバー：</w:t>
      </w:r>
      <w:r>
        <w:rPr>
          <w:color w:val="787878"/>
          <w:sz w:val="19"/>
          <w:lang w:eastAsia="ja-JP"/>
        </w:rPr>
        <w:t xml:space="preserve">                    / </w:t>
      </w:r>
      <w:r>
        <w:rPr>
          <w:color w:val="787878"/>
          <w:sz w:val="19"/>
          <w:lang w:eastAsia="ja-JP"/>
        </w:rPr>
        <w:t>車種・台数：</w:t>
      </w:r>
      <w:r>
        <w:rPr>
          <w:color w:val="787878"/>
          <w:sz w:val="19"/>
          <w:lang w:eastAsia="ja-JP"/>
        </w:rPr>
        <w:t xml:space="preserve">          </w:t>
      </w:r>
      <w:r>
        <w:rPr>
          <w:color w:val="787878"/>
          <w:sz w:val="19"/>
          <w:lang w:eastAsia="ja-JP"/>
        </w:rPr>
        <w:t>）</w:t>
      </w:r>
      <w:r>
        <w:rPr>
          <w:color w:val="787878"/>
          <w:sz w:val="19"/>
          <w:lang w:eastAsia="ja-JP"/>
        </w:rPr>
        <w:t xml:space="preserve">  </w:t>
      </w:r>
      <w:r>
        <w:rPr>
          <w:color w:val="787878"/>
          <w:sz w:val="19"/>
          <w:lang w:eastAsia="ja-JP"/>
        </w:rPr>
        <w:t>□</w:t>
      </w:r>
      <w:r>
        <w:rPr>
          <w:color w:val="787878"/>
          <w:sz w:val="19"/>
          <w:lang w:eastAsia="ja-JP"/>
        </w:rPr>
        <w:t xml:space="preserve"> </w:t>
      </w:r>
      <w:r>
        <w:rPr>
          <w:color w:val="787878"/>
          <w:sz w:val="19"/>
          <w:lang w:eastAsia="ja-JP"/>
        </w:rPr>
        <w:t>車両なし</w:t>
      </w:r>
    </w:p>
    <w:p w14:paraId="4CF0C0FD" w14:textId="49C5B69A" w:rsidR="00FA371F" w:rsidRDefault="00641C3C">
      <w:pPr>
        <w:pBdr>
          <w:bottom w:val="single" w:sz="12" w:space="4" w:color="4F81BD"/>
        </w:pBdr>
        <w:rPr>
          <w:rFonts w:ascii="ＭＳ ゴシック" w:hAnsi="ＭＳ ゴシック" w:hint="default"/>
          <w:b/>
          <w:sz w:val="24"/>
          <w:lang w:eastAsia="ja-JP"/>
        </w:rPr>
      </w:pPr>
      <w:r>
        <w:rPr>
          <w:rFonts w:ascii="ＭＳ ゴシック" w:hAnsi="ＭＳ ゴシック"/>
          <w:b/>
          <w:sz w:val="24"/>
          <w:lang w:eastAsia="ja-JP"/>
        </w:rPr>
        <w:t xml:space="preserve">2. </w:t>
      </w:r>
      <w:r>
        <w:rPr>
          <w:rFonts w:ascii="ＭＳ ゴシック" w:hAnsi="ＭＳ ゴシック"/>
          <w:b/>
          <w:sz w:val="24"/>
          <w:lang w:eastAsia="ja-JP"/>
        </w:rPr>
        <w:t>支援・活動の種別（該当するものに</w:t>
      </w:r>
      <w:r>
        <w:rPr>
          <w:rFonts w:ascii="ＭＳ ゴシック" w:hAnsi="ＭＳ ゴシック"/>
          <w:b/>
          <w:sz w:val="24"/>
          <w:lang w:eastAsia="ja-JP"/>
        </w:rPr>
        <w:t xml:space="preserve"> </w:t>
      </w:r>
      <w:r>
        <w:rPr>
          <w:rFonts w:ascii="ＭＳ ゴシック" w:hAnsi="ＭＳ ゴシック"/>
          <w:b/>
          <w:sz w:val="24"/>
          <w:lang w:eastAsia="ja-JP"/>
        </w:rPr>
        <w:t>🗹</w:t>
      </w:r>
      <w:r>
        <w:rPr>
          <w:rFonts w:ascii="ＭＳ ゴシック" w:hAnsi="ＭＳ ゴシック"/>
          <w:b/>
          <w:sz w:val="24"/>
          <w:lang w:eastAsia="ja-JP"/>
        </w:rPr>
        <w:t xml:space="preserve"> </w:t>
      </w:r>
      <w:r>
        <w:rPr>
          <w:rFonts w:ascii="ＭＳ ゴシック" w:hAnsi="ＭＳ ゴシック"/>
          <w:b/>
          <w:sz w:val="24"/>
          <w:lang w:eastAsia="ja-JP"/>
        </w:rPr>
        <w:t>を入れ、詳細をご記入ください）</w:t>
      </w:r>
    </w:p>
    <w:p w14:paraId="40FB1C6B" w14:textId="0FA839AD" w:rsidR="002462B0" w:rsidRPr="002462B0" w:rsidRDefault="002462B0">
      <w:pPr>
        <w:pBdr>
          <w:bottom w:val="single" w:sz="12" w:space="4" w:color="4F81BD"/>
        </w:pBdr>
        <w:rPr>
          <w:bCs/>
          <w:color w:val="FF0000"/>
          <w:sz w:val="22"/>
          <w:lang w:eastAsia="ja-JP"/>
        </w:rPr>
      </w:pPr>
      <w:r w:rsidRPr="002462B0">
        <w:rPr>
          <w:rFonts w:ascii="ＭＳ ゴシック" w:hAnsi="ＭＳ ゴシック"/>
          <w:bCs/>
          <w:color w:val="FF0000"/>
          <w:sz w:val="22"/>
          <w:lang w:eastAsia="ja-JP"/>
        </w:rPr>
        <w:t>（注）キッチンカーや炊き出し、瓦礫の片付け（一般ボ</w:t>
      </w:r>
      <w:r>
        <w:rPr>
          <w:rFonts w:ascii="ＭＳ ゴシック" w:hAnsi="ＭＳ ゴシック"/>
          <w:bCs/>
          <w:color w:val="FF0000"/>
          <w:sz w:val="22"/>
          <w:lang w:eastAsia="ja-JP"/>
        </w:rPr>
        <w:t>ラ</w:t>
      </w:r>
      <w:r w:rsidRPr="002462B0">
        <w:rPr>
          <w:rFonts w:ascii="ＭＳ ゴシック" w:hAnsi="ＭＳ ゴシック"/>
          <w:bCs/>
          <w:color w:val="FF0000"/>
          <w:sz w:val="22"/>
          <w:lang w:eastAsia="ja-JP"/>
        </w:rPr>
        <w:t>ンティア）の受付はしておりません。</w:t>
      </w:r>
    </w:p>
    <w:p w14:paraId="56CB7B64" w14:textId="77777777" w:rsidR="00FB6C71" w:rsidRDefault="00641C3C">
      <w:pPr>
        <w:rPr>
          <w:rFonts w:hint="default"/>
          <w:b/>
          <w:sz w:val="20"/>
          <w:lang w:eastAsia="ja-JP"/>
        </w:rPr>
      </w:pPr>
      <w:r>
        <w:rPr>
          <w:b/>
          <w:sz w:val="20"/>
          <w:lang w:eastAsia="ja-JP"/>
        </w:rPr>
        <w:t>□</w:t>
      </w:r>
      <w:r>
        <w:rPr>
          <w:b/>
          <w:sz w:val="20"/>
          <w:lang w:eastAsia="ja-JP"/>
        </w:rPr>
        <w:t xml:space="preserve"> </w:t>
      </w:r>
      <w:r>
        <w:rPr>
          <w:b/>
          <w:sz w:val="20"/>
          <w:lang w:eastAsia="ja-JP"/>
        </w:rPr>
        <w:t>マッサージ・専門リラクゼーション・医</w:t>
      </w:r>
      <w:r>
        <w:rPr>
          <w:b/>
          <w:sz w:val="20"/>
          <w:lang w:eastAsia="ja-JP"/>
        </w:rPr>
        <w:t>療福祉ボランティア</w:t>
      </w:r>
    </w:p>
    <w:p w14:paraId="2EC194C0" w14:textId="42D8C966" w:rsidR="00FA371F" w:rsidRPr="00FB6C71" w:rsidRDefault="00FB6C71" w:rsidP="00FB6C71">
      <w:pPr>
        <w:ind w:firstLineChars="200" w:firstLine="400"/>
        <w:rPr>
          <w:rFonts w:hint="default"/>
          <w:bCs/>
          <w:lang w:eastAsia="ja-JP"/>
        </w:rPr>
      </w:pPr>
      <w:r>
        <w:rPr>
          <w:bCs/>
          <w:sz w:val="20"/>
          <w:lang w:eastAsia="ja-JP"/>
        </w:rPr>
        <w:t>・施術の種類</w:t>
      </w:r>
      <w:r w:rsidR="00F56FCD">
        <w:rPr>
          <w:rFonts w:hint="default"/>
          <w:bCs/>
          <w:sz w:val="20"/>
          <w:lang w:eastAsia="ja-JP"/>
        </w:rPr>
        <w:t xml:space="preserve"> </w:t>
      </w:r>
      <w:r w:rsidR="00F56FCD">
        <w:rPr>
          <w:bCs/>
          <w:sz w:val="20"/>
          <w:lang w:eastAsia="ja-JP"/>
        </w:rPr>
        <w:t>：</w:t>
      </w:r>
      <w:r w:rsidR="00F56FCD">
        <w:rPr>
          <w:sz w:val="19"/>
          <w:lang w:eastAsia="ja-JP"/>
        </w:rPr>
        <w:t xml:space="preserve">[　　　　　　　　　</w:t>
      </w:r>
      <w:r w:rsidR="00F56FCD">
        <w:rPr>
          <w:sz w:val="19"/>
          <w:lang w:eastAsia="ja-JP"/>
        </w:rPr>
        <w:t xml:space="preserve">　　　　</w:t>
      </w:r>
      <w:r w:rsidR="00F56FCD">
        <w:rPr>
          <w:sz w:val="19"/>
          <w:lang w:eastAsia="ja-JP"/>
        </w:rPr>
        <w:t xml:space="preserve">　　 ]</w:t>
      </w:r>
    </w:p>
    <w:p w14:paraId="53744312" w14:textId="30CF09E4" w:rsidR="00FA371F" w:rsidRDefault="00641C3C">
      <w:pPr>
        <w:spacing w:line="312" w:lineRule="auto"/>
        <w:ind w:left="360"/>
        <w:rPr>
          <w:rFonts w:hint="default"/>
          <w:lang w:eastAsia="ja-JP"/>
        </w:rPr>
      </w:pPr>
      <w:r>
        <w:rPr>
          <w:sz w:val="19"/>
          <w:lang w:eastAsia="ja-JP"/>
        </w:rPr>
        <w:t>・施術に必要な備品（タオルの予備等）：</w:t>
      </w:r>
      <w:r>
        <w:rPr>
          <w:sz w:val="19"/>
          <w:lang w:eastAsia="ja-JP"/>
        </w:rPr>
        <w:t xml:space="preserve"> </w:t>
      </w:r>
      <w:r>
        <w:rPr>
          <w:sz w:val="19"/>
          <w:lang w:eastAsia="ja-JP"/>
        </w:rPr>
        <w:t>□</w:t>
      </w:r>
      <w:r>
        <w:rPr>
          <w:sz w:val="19"/>
          <w:lang w:eastAsia="ja-JP"/>
        </w:rPr>
        <w:t xml:space="preserve"> </w:t>
      </w:r>
      <w:r>
        <w:rPr>
          <w:sz w:val="19"/>
          <w:lang w:eastAsia="ja-JP"/>
        </w:rPr>
        <w:t>持参</w:t>
      </w:r>
      <w:r w:rsidR="00FB6C71">
        <w:rPr>
          <w:sz w:val="19"/>
          <w:lang w:eastAsia="ja-JP"/>
        </w:rPr>
        <w:t>する</w:t>
      </w:r>
    </w:p>
    <w:p w14:paraId="1706B4E3" w14:textId="55292348" w:rsidR="00FA371F" w:rsidRDefault="00641C3C">
      <w:pPr>
        <w:spacing w:line="312" w:lineRule="auto"/>
        <w:ind w:left="360"/>
        <w:rPr>
          <w:rFonts w:hint="default"/>
          <w:lang w:eastAsia="ja-JP"/>
        </w:rPr>
      </w:pPr>
      <w:r>
        <w:rPr>
          <w:sz w:val="19"/>
          <w:lang w:eastAsia="ja-JP"/>
        </w:rPr>
        <w:t>・水道、電気（発電機）、ゴミ処理等</w:t>
      </w:r>
      <w:r w:rsidR="00FB6C71">
        <w:rPr>
          <w:sz w:val="19"/>
          <w:lang w:eastAsia="ja-JP"/>
        </w:rPr>
        <w:t xml:space="preserve">　</w:t>
      </w:r>
      <w:r>
        <w:rPr>
          <w:sz w:val="19"/>
          <w:lang w:eastAsia="ja-JP"/>
        </w:rPr>
        <w:t>：</w:t>
      </w:r>
      <w:r>
        <w:rPr>
          <w:sz w:val="19"/>
          <w:lang w:eastAsia="ja-JP"/>
        </w:rPr>
        <w:t xml:space="preserve"> </w:t>
      </w:r>
      <w:r>
        <w:rPr>
          <w:sz w:val="19"/>
          <w:lang w:eastAsia="ja-JP"/>
        </w:rPr>
        <w:t>□</w:t>
      </w:r>
      <w:r>
        <w:rPr>
          <w:sz w:val="19"/>
          <w:lang w:eastAsia="ja-JP"/>
        </w:rPr>
        <w:t xml:space="preserve"> </w:t>
      </w:r>
      <w:r>
        <w:rPr>
          <w:sz w:val="19"/>
          <w:lang w:eastAsia="ja-JP"/>
        </w:rPr>
        <w:t>自己完結</w:t>
      </w:r>
      <w:r w:rsidR="00FB6C71">
        <w:rPr>
          <w:sz w:val="19"/>
          <w:lang w:eastAsia="ja-JP"/>
        </w:rPr>
        <w:t>する</w:t>
      </w:r>
      <w:r>
        <w:rPr>
          <w:sz w:val="19"/>
          <w:lang w:eastAsia="ja-JP"/>
        </w:rPr>
        <w:t>（避難所の設備は使</w:t>
      </w:r>
      <w:r w:rsidR="00F56FCD">
        <w:rPr>
          <w:sz w:val="19"/>
          <w:lang w:eastAsia="ja-JP"/>
        </w:rPr>
        <w:t>い</w:t>
      </w:r>
      <w:r>
        <w:rPr>
          <w:sz w:val="19"/>
          <w:lang w:eastAsia="ja-JP"/>
        </w:rPr>
        <w:t>ません）</w:t>
      </w:r>
    </w:p>
    <w:p w14:paraId="77562D8C" w14:textId="6EE64CB8" w:rsidR="00FA371F" w:rsidRDefault="00641C3C">
      <w:pPr>
        <w:rPr>
          <w:rFonts w:hint="default"/>
          <w:lang w:eastAsia="ja-JP"/>
        </w:rPr>
      </w:pPr>
      <w:r>
        <w:rPr>
          <w:b/>
          <w:sz w:val="20"/>
          <w:lang w:eastAsia="ja-JP"/>
        </w:rPr>
        <w:t>□</w:t>
      </w:r>
      <w:r>
        <w:rPr>
          <w:b/>
          <w:sz w:val="20"/>
          <w:lang w:eastAsia="ja-JP"/>
        </w:rPr>
        <w:t xml:space="preserve"> </w:t>
      </w:r>
      <w:r>
        <w:rPr>
          <w:b/>
          <w:sz w:val="20"/>
          <w:lang w:eastAsia="ja-JP"/>
        </w:rPr>
        <w:t>エンターテインメント・</w:t>
      </w:r>
      <w:r>
        <w:rPr>
          <w:b/>
          <w:sz w:val="20"/>
          <w:lang w:eastAsia="ja-JP"/>
        </w:rPr>
        <w:t>その他の業種（演奏、ペットケア、理美容、</w:t>
      </w:r>
      <w:r>
        <w:rPr>
          <w:b/>
          <w:sz w:val="20"/>
          <w:lang w:eastAsia="ja-JP"/>
        </w:rPr>
        <w:t>各種専門職</w:t>
      </w:r>
      <w:r>
        <w:rPr>
          <w:b/>
          <w:sz w:val="20"/>
          <w:lang w:eastAsia="ja-JP"/>
        </w:rPr>
        <w:t xml:space="preserve"> </w:t>
      </w:r>
      <w:r>
        <w:rPr>
          <w:b/>
          <w:sz w:val="20"/>
          <w:lang w:eastAsia="ja-JP"/>
        </w:rPr>
        <w:t>等）</w:t>
      </w:r>
    </w:p>
    <w:p w14:paraId="7AB4C002" w14:textId="61DC0B6C" w:rsidR="00F56FCD" w:rsidRDefault="00641C3C" w:rsidP="00F56FCD">
      <w:pPr>
        <w:spacing w:line="312" w:lineRule="auto"/>
        <w:ind w:left="360"/>
        <w:rPr>
          <w:rFonts w:hint="default"/>
          <w:sz w:val="19"/>
          <w:lang w:eastAsia="ja-JP"/>
        </w:rPr>
      </w:pPr>
      <w:r>
        <w:rPr>
          <w:sz w:val="19"/>
          <w:lang w:eastAsia="ja-JP"/>
        </w:rPr>
        <w:t>・具体的な業種</w:t>
      </w:r>
      <w:r w:rsidR="00F56FCD">
        <w:rPr>
          <w:sz w:val="19"/>
          <w:lang w:eastAsia="ja-JP"/>
        </w:rPr>
        <w:t>・</w:t>
      </w:r>
      <w:r>
        <w:rPr>
          <w:sz w:val="19"/>
          <w:lang w:eastAsia="ja-JP"/>
        </w:rPr>
        <w:t>職種：</w:t>
      </w:r>
      <w:r>
        <w:rPr>
          <w:sz w:val="19"/>
          <w:lang w:eastAsia="ja-JP"/>
        </w:rPr>
        <w:t xml:space="preserve"> [</w:t>
      </w:r>
      <w:r>
        <w:rPr>
          <w:sz w:val="19"/>
          <w:lang w:eastAsia="ja-JP"/>
        </w:rPr>
        <w:t xml:space="preserve">　　　　　　　　</w:t>
      </w:r>
      <w:r w:rsidR="00F56FCD">
        <w:rPr>
          <w:sz w:val="19"/>
          <w:lang w:eastAsia="ja-JP"/>
        </w:rPr>
        <w:t xml:space="preserve">　　　　</w:t>
      </w:r>
      <w:r>
        <w:rPr>
          <w:sz w:val="19"/>
          <w:lang w:eastAsia="ja-JP"/>
        </w:rPr>
        <w:t xml:space="preserve">　　　　　　　　　　　　　</w:t>
      </w:r>
      <w:r>
        <w:rPr>
          <w:sz w:val="19"/>
          <w:lang w:eastAsia="ja-JP"/>
        </w:rPr>
        <w:t xml:space="preserve"> ]</w:t>
      </w:r>
      <w:r>
        <w:rPr>
          <w:sz w:val="19"/>
          <w:lang w:eastAsia="ja-JP"/>
        </w:rPr>
        <w:br/>
      </w:r>
      <w:r>
        <w:rPr>
          <w:sz w:val="19"/>
          <w:lang w:eastAsia="ja-JP"/>
        </w:rPr>
        <w:t>・活動または提供内容：</w:t>
      </w:r>
      <w:r>
        <w:rPr>
          <w:sz w:val="19"/>
          <w:lang w:eastAsia="ja-JP"/>
        </w:rPr>
        <w:t xml:space="preserve"> [</w:t>
      </w:r>
      <w:r>
        <w:rPr>
          <w:sz w:val="19"/>
          <w:lang w:eastAsia="ja-JP"/>
        </w:rPr>
        <w:t xml:space="preserve">　　　　</w:t>
      </w:r>
      <w:r>
        <w:rPr>
          <w:sz w:val="19"/>
          <w:lang w:eastAsia="ja-JP"/>
        </w:rPr>
        <w:t xml:space="preserve">　　　　　　　　　　　　　　　　 　　　　　</w:t>
      </w:r>
      <w:r>
        <w:rPr>
          <w:sz w:val="19"/>
          <w:lang w:eastAsia="ja-JP"/>
        </w:rPr>
        <w:t>]</w:t>
      </w:r>
      <w:r>
        <w:rPr>
          <w:sz w:val="19"/>
          <w:lang w:eastAsia="ja-JP"/>
        </w:rPr>
        <w:br/>
      </w:r>
      <w:r>
        <w:rPr>
          <w:sz w:val="19"/>
          <w:lang w:eastAsia="ja-JP"/>
        </w:rPr>
        <w:t>・活動に必要なスペースや設備（電源、机等）：</w:t>
      </w:r>
      <w:r>
        <w:rPr>
          <w:sz w:val="19"/>
          <w:lang w:eastAsia="ja-JP"/>
        </w:rPr>
        <w:t xml:space="preserve"> </w:t>
      </w:r>
      <w:r>
        <w:rPr>
          <w:sz w:val="19"/>
          <w:lang w:eastAsia="ja-JP"/>
        </w:rPr>
        <w:t>□</w:t>
      </w:r>
      <w:r>
        <w:rPr>
          <w:sz w:val="19"/>
          <w:lang w:eastAsia="ja-JP"/>
        </w:rPr>
        <w:t xml:space="preserve"> </w:t>
      </w:r>
      <w:r>
        <w:rPr>
          <w:sz w:val="19"/>
          <w:lang w:eastAsia="ja-JP"/>
        </w:rPr>
        <w:t>自己完結</w:t>
      </w:r>
      <w:r w:rsidR="00F56FCD">
        <w:rPr>
          <w:sz w:val="19"/>
          <w:lang w:eastAsia="ja-JP"/>
        </w:rPr>
        <w:t>する</w:t>
      </w:r>
      <w:r w:rsidR="00F56FCD">
        <w:rPr>
          <w:sz w:val="19"/>
          <w:lang w:eastAsia="ja-JP"/>
        </w:rPr>
        <w:t>（避難所の設備は使いません）</w:t>
      </w:r>
    </w:p>
    <w:p w14:paraId="401E3FD5" w14:textId="30DEACF3" w:rsidR="00FA371F" w:rsidRDefault="00F56FCD" w:rsidP="002462B0">
      <w:pPr>
        <w:spacing w:line="312" w:lineRule="auto"/>
        <w:ind w:leftChars="210" w:left="8421" w:hangingChars="4200" w:hanging="7980"/>
        <w:rPr>
          <w:rFonts w:hint="default"/>
          <w:sz w:val="19"/>
          <w:lang w:eastAsia="ja-JP"/>
        </w:rPr>
      </w:pPr>
      <w:r>
        <w:rPr>
          <w:sz w:val="19"/>
          <w:lang w:eastAsia="ja-JP"/>
        </w:rPr>
        <w:t>・水道、電気（発電機）、ゴミ処理等　： □ 自己完結する（避難所の設備は使いません）</w:t>
      </w:r>
      <w:r w:rsidR="00641C3C">
        <w:rPr>
          <w:sz w:val="19"/>
          <w:lang w:eastAsia="ja-JP"/>
        </w:rPr>
        <w:t xml:space="preserve">　　　　　　　　　</w:t>
      </w:r>
      <w:r w:rsidR="00641C3C">
        <w:rPr>
          <w:sz w:val="19"/>
          <w:lang w:eastAsia="ja-JP"/>
        </w:rPr>
        <w:t xml:space="preserve"> </w:t>
      </w:r>
      <w:r>
        <w:rPr>
          <w:sz w:val="19"/>
          <w:lang w:eastAsia="ja-JP"/>
        </w:rPr>
        <w:t xml:space="preserve">　　　　　　　　　　　　　　　　　　　　　　　　　　　　　　　　　＊２枚目に続く</w:t>
      </w:r>
    </w:p>
    <w:p w14:paraId="72428125" w14:textId="699DBCAB" w:rsidR="00F56FCD" w:rsidRDefault="00F56FCD">
      <w:pPr>
        <w:spacing w:line="312" w:lineRule="auto"/>
        <w:ind w:left="360"/>
        <w:rPr>
          <w:rFonts w:hint="default"/>
          <w:sz w:val="19"/>
          <w:lang w:eastAsia="ja-JP"/>
        </w:rPr>
      </w:pPr>
    </w:p>
    <w:p w14:paraId="635BD684" w14:textId="77777777" w:rsidR="002462B0" w:rsidRPr="002462B0" w:rsidRDefault="002462B0">
      <w:pPr>
        <w:spacing w:line="312" w:lineRule="auto"/>
        <w:ind w:left="360"/>
        <w:rPr>
          <w:rFonts w:hint="default"/>
          <w:sz w:val="19"/>
          <w:lang w:eastAsia="ja-JP"/>
        </w:rPr>
      </w:pPr>
    </w:p>
    <w:p w14:paraId="63839E7A" w14:textId="051D229E" w:rsidR="00FA371F" w:rsidRDefault="00641C3C">
      <w:pPr>
        <w:pBdr>
          <w:bottom w:val="single" w:sz="12" w:space="4" w:color="4F81BD"/>
        </w:pBdr>
        <w:rPr>
          <w:rFonts w:hint="default"/>
          <w:lang w:eastAsia="ja-JP"/>
        </w:rPr>
      </w:pPr>
      <w:r>
        <w:rPr>
          <w:rFonts w:ascii="ＭＳ ゴシック" w:hAnsi="ＭＳ ゴシック"/>
          <w:b/>
          <w:sz w:val="24"/>
          <w:lang w:eastAsia="ja-JP"/>
        </w:rPr>
        <w:t xml:space="preserve">3. </w:t>
      </w:r>
      <w:r>
        <w:rPr>
          <w:rFonts w:ascii="ＭＳ ゴシック" w:hAnsi="ＭＳ ゴシック"/>
          <w:b/>
          <w:sz w:val="24"/>
          <w:lang w:eastAsia="ja-JP"/>
        </w:rPr>
        <w:t>活動条件・同意事項（</w:t>
      </w:r>
      <w:r w:rsidR="00F56FCD" w:rsidRPr="002462B0">
        <w:rPr>
          <w:rFonts w:ascii="ＭＳ ゴシック" w:hAnsi="ＭＳ ゴシック"/>
          <w:b/>
          <w:color w:val="FF0000"/>
          <w:sz w:val="24"/>
          <w:lang w:eastAsia="ja-JP"/>
        </w:rPr>
        <w:t>同意署名必須</w:t>
      </w:r>
      <w:r>
        <w:rPr>
          <w:rFonts w:ascii="ＭＳ ゴシック" w:hAnsi="ＭＳ ゴシック"/>
          <w:b/>
          <w:sz w:val="24"/>
          <w:lang w:eastAsia="ja-JP"/>
        </w:rPr>
        <w:t>）</w:t>
      </w:r>
      <w:r w:rsidR="002462B0" w:rsidRPr="002462B0">
        <w:rPr>
          <w:rFonts w:ascii="ＭＳ ゴシック" w:hAnsi="ＭＳ ゴシック"/>
          <w:b/>
          <w:color w:val="FF0000"/>
          <w:sz w:val="24"/>
          <w:lang w:eastAsia="ja-JP"/>
        </w:rPr>
        <w:t>＊印刷の上、当日お持ちください。</w:t>
      </w:r>
    </w:p>
    <w:p w14:paraId="4B638ED4" w14:textId="77777777" w:rsidR="00FA371F" w:rsidRDefault="00641C3C">
      <w:pPr>
        <w:rPr>
          <w:rFonts w:hint="default"/>
          <w:lang w:eastAsia="ja-JP"/>
        </w:rPr>
      </w:pPr>
      <w:r>
        <w:rPr>
          <w:b/>
          <w:lang w:eastAsia="ja-JP"/>
        </w:rPr>
        <w:t>■</w:t>
      </w:r>
      <w:r>
        <w:rPr>
          <w:b/>
          <w:lang w:eastAsia="ja-JP"/>
        </w:rPr>
        <w:t xml:space="preserve"> </w:t>
      </w:r>
      <w:r>
        <w:rPr>
          <w:b/>
          <w:lang w:eastAsia="ja-JP"/>
        </w:rPr>
        <w:t>本日の活動予定時間：</w:t>
      </w:r>
      <w:r>
        <w:rPr>
          <w:b/>
          <w:lang w:eastAsia="ja-JP"/>
        </w:rPr>
        <w:t xml:space="preserve"> </w:t>
      </w:r>
      <w:r>
        <w:rPr>
          <w:lang w:eastAsia="ja-JP"/>
        </w:rPr>
        <w:t xml:space="preserve">　　</w:t>
      </w:r>
      <w:r>
        <w:rPr>
          <w:lang w:eastAsia="ja-JP"/>
        </w:rPr>
        <w:t xml:space="preserve"> </w:t>
      </w:r>
      <w:r>
        <w:rPr>
          <w:lang w:eastAsia="ja-JP"/>
        </w:rPr>
        <w:t>時</w:t>
      </w:r>
      <w:r>
        <w:rPr>
          <w:lang w:eastAsia="ja-JP"/>
        </w:rPr>
        <w:t xml:space="preserve"> </w:t>
      </w:r>
      <w:r>
        <w:rPr>
          <w:lang w:eastAsia="ja-JP"/>
        </w:rPr>
        <w:t xml:space="preserve">　　</w:t>
      </w:r>
      <w:r>
        <w:rPr>
          <w:lang w:eastAsia="ja-JP"/>
        </w:rPr>
        <w:t xml:space="preserve"> </w:t>
      </w:r>
      <w:r>
        <w:rPr>
          <w:lang w:eastAsia="ja-JP"/>
        </w:rPr>
        <w:t>分</w:t>
      </w:r>
      <w:r>
        <w:rPr>
          <w:lang w:eastAsia="ja-JP"/>
        </w:rPr>
        <w:t xml:space="preserve"> </w:t>
      </w:r>
      <w:r>
        <w:rPr>
          <w:lang w:eastAsia="ja-JP"/>
        </w:rPr>
        <w:t>～～</w:t>
      </w:r>
      <w:r>
        <w:rPr>
          <w:lang w:eastAsia="ja-JP"/>
        </w:rPr>
        <w:t xml:space="preserve"> </w:t>
      </w:r>
      <w:r>
        <w:rPr>
          <w:lang w:eastAsia="ja-JP"/>
        </w:rPr>
        <w:t xml:space="preserve">　　</w:t>
      </w:r>
      <w:r>
        <w:rPr>
          <w:lang w:eastAsia="ja-JP"/>
        </w:rPr>
        <w:t xml:space="preserve"> </w:t>
      </w:r>
      <w:r>
        <w:rPr>
          <w:lang w:eastAsia="ja-JP"/>
        </w:rPr>
        <w:t>時</w:t>
      </w:r>
      <w:r>
        <w:rPr>
          <w:lang w:eastAsia="ja-JP"/>
        </w:rPr>
        <w:t xml:space="preserve"> </w:t>
      </w:r>
      <w:r>
        <w:rPr>
          <w:lang w:eastAsia="ja-JP"/>
        </w:rPr>
        <w:t xml:space="preserve">　　</w:t>
      </w:r>
      <w:r>
        <w:rPr>
          <w:lang w:eastAsia="ja-JP"/>
        </w:rPr>
        <w:t xml:space="preserve"> </w:t>
      </w:r>
      <w:r>
        <w:rPr>
          <w:lang w:eastAsia="ja-JP"/>
        </w:rPr>
        <w:t>分</w:t>
      </w:r>
      <w:r>
        <w:rPr>
          <w:lang w:eastAsia="ja-JP"/>
        </w:rPr>
        <w:t xml:space="preserve"> </w:t>
      </w:r>
      <w:r>
        <w:rPr>
          <w:lang w:eastAsia="ja-JP"/>
        </w:rPr>
        <w:t>まで</w:t>
      </w:r>
      <w:r>
        <w:rPr>
          <w:lang w:eastAsia="ja-JP"/>
        </w:rPr>
        <w:t xml:space="preserve"> </w:t>
      </w:r>
      <w:r>
        <w:rPr>
          <w:lang w:eastAsia="ja-JP"/>
        </w:rPr>
        <w:t>（撤収・片付け時間を含む）</w:t>
      </w:r>
    </w:p>
    <w:p w14:paraId="456B330E" w14:textId="77777777" w:rsidR="00FA371F" w:rsidRDefault="00641C3C">
      <w:pPr>
        <w:ind w:left="216"/>
        <w:rPr>
          <w:rFonts w:hint="default"/>
          <w:lang w:eastAsia="ja-JP"/>
        </w:rPr>
      </w:pPr>
      <w:r>
        <w:rPr>
          <w:b/>
          <w:sz w:val="20"/>
          <w:lang w:eastAsia="ja-JP"/>
        </w:rPr>
        <w:t>□</w:t>
      </w:r>
      <w:r>
        <w:rPr>
          <w:b/>
          <w:sz w:val="20"/>
          <w:lang w:eastAsia="ja-JP"/>
        </w:rPr>
        <w:t xml:space="preserve"> </w:t>
      </w:r>
      <w:r>
        <w:rPr>
          <w:b/>
          <w:sz w:val="20"/>
          <w:lang w:eastAsia="ja-JP"/>
        </w:rPr>
        <w:t>避難者・被災者のプライバシー（許可のない写真・動画撮影、</w:t>
      </w:r>
      <w:r>
        <w:rPr>
          <w:b/>
          <w:sz w:val="20"/>
          <w:lang w:eastAsia="ja-JP"/>
        </w:rPr>
        <w:t>SNS</w:t>
      </w:r>
      <w:r>
        <w:rPr>
          <w:b/>
          <w:sz w:val="20"/>
          <w:lang w:eastAsia="ja-JP"/>
        </w:rPr>
        <w:t>投稿の禁止等）を厳守します。</w:t>
      </w:r>
    </w:p>
    <w:p w14:paraId="3C928A56" w14:textId="1343621C" w:rsidR="00FA371F" w:rsidRDefault="00641C3C">
      <w:pPr>
        <w:ind w:left="216"/>
        <w:rPr>
          <w:rFonts w:hint="default"/>
          <w:lang w:eastAsia="ja-JP"/>
        </w:rPr>
      </w:pPr>
      <w:r>
        <w:rPr>
          <w:b/>
          <w:sz w:val="20"/>
          <w:lang w:eastAsia="ja-JP"/>
        </w:rPr>
        <w:t>□</w:t>
      </w:r>
      <w:r>
        <w:rPr>
          <w:b/>
          <w:sz w:val="20"/>
          <w:lang w:eastAsia="ja-JP"/>
        </w:rPr>
        <w:t xml:space="preserve"> </w:t>
      </w:r>
      <w:r>
        <w:rPr>
          <w:b/>
          <w:sz w:val="20"/>
          <w:lang w:eastAsia="ja-JP"/>
        </w:rPr>
        <w:t>避難所</w:t>
      </w:r>
      <w:r w:rsidR="00F56FCD">
        <w:rPr>
          <w:b/>
          <w:sz w:val="20"/>
          <w:lang w:eastAsia="ja-JP"/>
        </w:rPr>
        <w:t>責任者</w:t>
      </w:r>
      <w:r>
        <w:rPr>
          <w:b/>
          <w:sz w:val="20"/>
          <w:lang w:eastAsia="ja-JP"/>
        </w:rPr>
        <w:t>の指示に従い、指定されたエリア（駐車スペース・活動場所）以外には立ち入りません。</w:t>
      </w:r>
    </w:p>
    <w:p w14:paraId="5CD1CE72" w14:textId="6F3FBD70" w:rsidR="00FA371F" w:rsidRDefault="00641C3C">
      <w:pPr>
        <w:ind w:left="216"/>
        <w:rPr>
          <w:rFonts w:hint="default"/>
          <w:lang w:eastAsia="ja-JP"/>
        </w:rPr>
      </w:pPr>
      <w:r>
        <w:rPr>
          <w:b/>
          <w:sz w:val="20"/>
          <w:lang w:eastAsia="ja-JP"/>
        </w:rPr>
        <w:t>□</w:t>
      </w:r>
      <w:r>
        <w:rPr>
          <w:b/>
          <w:sz w:val="20"/>
          <w:lang w:eastAsia="ja-JP"/>
        </w:rPr>
        <w:t xml:space="preserve"> </w:t>
      </w:r>
      <w:r>
        <w:rPr>
          <w:b/>
          <w:sz w:val="20"/>
          <w:lang w:eastAsia="ja-JP"/>
        </w:rPr>
        <w:t>万が一、</w:t>
      </w:r>
      <w:r>
        <w:rPr>
          <w:b/>
          <w:sz w:val="20"/>
          <w:lang w:eastAsia="ja-JP"/>
        </w:rPr>
        <w:t>施術</w:t>
      </w:r>
      <w:r>
        <w:rPr>
          <w:b/>
          <w:sz w:val="20"/>
          <w:lang w:eastAsia="ja-JP"/>
        </w:rPr>
        <w:t>トラブル、物損・人身事故等が発生した場合、当方の責任において誠実に対応します。</w:t>
      </w:r>
    </w:p>
    <w:p w14:paraId="77E9D702" w14:textId="75081307" w:rsidR="00FA371F" w:rsidRDefault="00641C3C">
      <w:pPr>
        <w:ind w:left="216"/>
        <w:rPr>
          <w:rFonts w:hint="default"/>
          <w:lang w:eastAsia="ja-JP"/>
        </w:rPr>
      </w:pPr>
      <w:r>
        <w:rPr>
          <w:b/>
          <w:sz w:val="20"/>
          <w:lang w:eastAsia="ja-JP"/>
        </w:rPr>
        <w:t>□</w:t>
      </w:r>
      <w:r>
        <w:rPr>
          <w:b/>
          <w:sz w:val="20"/>
          <w:lang w:eastAsia="ja-JP"/>
        </w:rPr>
        <w:t xml:space="preserve"> </w:t>
      </w:r>
      <w:r>
        <w:rPr>
          <w:b/>
          <w:sz w:val="20"/>
          <w:lang w:eastAsia="ja-JP"/>
        </w:rPr>
        <w:t>活動終了時は</w:t>
      </w:r>
      <w:r w:rsidR="00F56FCD">
        <w:rPr>
          <w:b/>
          <w:sz w:val="20"/>
          <w:lang w:eastAsia="ja-JP"/>
        </w:rPr>
        <w:t>責任者</w:t>
      </w:r>
      <w:r>
        <w:rPr>
          <w:b/>
          <w:sz w:val="20"/>
          <w:lang w:eastAsia="ja-JP"/>
        </w:rPr>
        <w:t>に必ず報告し、発生したゴミや資材は</w:t>
      </w:r>
      <w:r w:rsidR="00F56FCD">
        <w:rPr>
          <w:b/>
          <w:sz w:val="20"/>
          <w:lang w:eastAsia="ja-JP"/>
        </w:rPr>
        <w:t>全て</w:t>
      </w:r>
      <w:r>
        <w:rPr>
          <w:b/>
          <w:sz w:val="20"/>
          <w:lang w:eastAsia="ja-JP"/>
        </w:rPr>
        <w:t>持ち帰ります。</w:t>
      </w:r>
    </w:p>
    <w:p w14:paraId="60EA61A2" w14:textId="77777777" w:rsidR="00FA371F" w:rsidRDefault="00FA371F">
      <w:pPr>
        <w:rPr>
          <w:rFonts w:hint="default"/>
          <w:lang w:eastAsia="ja-JP"/>
        </w:rPr>
      </w:pPr>
    </w:p>
    <w:p w14:paraId="7729A3C5" w14:textId="16B3F813" w:rsidR="00F56FCD" w:rsidRPr="002462B0" w:rsidRDefault="00641C3C">
      <w:pPr>
        <w:jc w:val="right"/>
        <w:rPr>
          <w:rFonts w:hint="default"/>
          <w:sz w:val="24"/>
          <w:szCs w:val="24"/>
        </w:rPr>
      </w:pPr>
      <w:r w:rsidRPr="002462B0">
        <w:rPr>
          <w:b/>
          <w:bCs/>
          <w:sz w:val="24"/>
          <w:szCs w:val="24"/>
          <w:lang w:eastAsia="ja-JP"/>
        </w:rPr>
        <w:t>上記の内容を確認し、同意の上で活動</w:t>
      </w:r>
      <w:r w:rsidRPr="002462B0">
        <w:rPr>
          <w:b/>
          <w:bCs/>
          <w:sz w:val="24"/>
          <w:szCs w:val="24"/>
          <w:lang w:eastAsia="ja-JP"/>
        </w:rPr>
        <w:t>します</w:t>
      </w:r>
      <w:r w:rsidRPr="002462B0">
        <w:rPr>
          <w:sz w:val="24"/>
          <w:szCs w:val="24"/>
          <w:lang w:eastAsia="ja-JP"/>
        </w:rPr>
        <w:t>。</w:t>
      </w:r>
      <w:r w:rsidRPr="002462B0">
        <w:rPr>
          <w:sz w:val="24"/>
          <w:szCs w:val="24"/>
          <w:lang w:eastAsia="ja-JP"/>
        </w:rPr>
        <w:br/>
      </w:r>
      <w:r w:rsidRPr="002462B0">
        <w:rPr>
          <w:sz w:val="24"/>
          <w:szCs w:val="24"/>
          <w:lang w:eastAsia="ja-JP"/>
        </w:rPr>
        <w:br/>
      </w:r>
    </w:p>
    <w:p w14:paraId="1140AFB2" w14:textId="77777777" w:rsidR="00F56FCD" w:rsidRDefault="00F56FCD">
      <w:pPr>
        <w:jc w:val="right"/>
        <w:rPr>
          <w:rFonts w:hint="default"/>
          <w:sz w:val="20"/>
        </w:rPr>
      </w:pPr>
    </w:p>
    <w:p w14:paraId="3FE8949C" w14:textId="77777777" w:rsidR="002462B0" w:rsidRPr="002462B0" w:rsidRDefault="00F56FCD" w:rsidP="002462B0">
      <w:pPr>
        <w:ind w:right="960"/>
        <w:jc w:val="right"/>
        <w:rPr>
          <w:rFonts w:hint="default"/>
          <w:b/>
          <w:bCs/>
          <w:sz w:val="24"/>
          <w:szCs w:val="24"/>
        </w:rPr>
      </w:pPr>
      <w:r w:rsidRPr="002462B0">
        <w:rPr>
          <w:b/>
          <w:bCs/>
          <w:sz w:val="24"/>
          <w:szCs w:val="24"/>
          <w:lang w:eastAsia="ja-JP"/>
        </w:rPr>
        <w:t>記入日</w:t>
      </w:r>
      <w:r w:rsidR="00641C3C" w:rsidRPr="002462B0">
        <w:rPr>
          <w:b/>
          <w:bCs/>
          <w:sz w:val="24"/>
          <w:szCs w:val="24"/>
        </w:rPr>
        <w:t>：</w:t>
      </w:r>
      <w:r w:rsidR="00641C3C" w:rsidRPr="002462B0">
        <w:rPr>
          <w:b/>
          <w:bCs/>
          <w:sz w:val="24"/>
          <w:szCs w:val="24"/>
        </w:rPr>
        <w:t xml:space="preserve"> 2026</w:t>
      </w:r>
      <w:r w:rsidR="00641C3C" w:rsidRPr="002462B0">
        <w:rPr>
          <w:b/>
          <w:bCs/>
          <w:sz w:val="24"/>
          <w:szCs w:val="24"/>
        </w:rPr>
        <w:t>年</w:t>
      </w:r>
      <w:r w:rsidR="00641C3C" w:rsidRPr="002462B0">
        <w:rPr>
          <w:b/>
          <w:bCs/>
          <w:sz w:val="24"/>
          <w:szCs w:val="24"/>
        </w:rPr>
        <w:t xml:space="preserve"> </w:t>
      </w:r>
      <w:r w:rsidR="00641C3C" w:rsidRPr="002462B0">
        <w:rPr>
          <w:b/>
          <w:bCs/>
          <w:sz w:val="24"/>
          <w:szCs w:val="24"/>
        </w:rPr>
        <w:t xml:space="preserve">　　</w:t>
      </w:r>
      <w:r w:rsidR="00641C3C" w:rsidRPr="002462B0">
        <w:rPr>
          <w:b/>
          <w:bCs/>
          <w:sz w:val="24"/>
          <w:szCs w:val="24"/>
        </w:rPr>
        <w:t xml:space="preserve"> </w:t>
      </w:r>
      <w:r w:rsidR="00641C3C" w:rsidRPr="002462B0">
        <w:rPr>
          <w:b/>
          <w:bCs/>
          <w:sz w:val="24"/>
          <w:szCs w:val="24"/>
        </w:rPr>
        <w:t>月</w:t>
      </w:r>
      <w:r w:rsidR="00641C3C" w:rsidRPr="002462B0">
        <w:rPr>
          <w:b/>
          <w:bCs/>
          <w:sz w:val="24"/>
          <w:szCs w:val="24"/>
        </w:rPr>
        <w:t xml:space="preserve"> </w:t>
      </w:r>
      <w:r w:rsidR="00641C3C" w:rsidRPr="002462B0">
        <w:rPr>
          <w:b/>
          <w:bCs/>
          <w:sz w:val="24"/>
          <w:szCs w:val="24"/>
        </w:rPr>
        <w:t xml:space="preserve">　　</w:t>
      </w:r>
      <w:r w:rsidR="00641C3C" w:rsidRPr="002462B0">
        <w:rPr>
          <w:b/>
          <w:bCs/>
          <w:sz w:val="24"/>
          <w:szCs w:val="24"/>
        </w:rPr>
        <w:t xml:space="preserve"> </w:t>
      </w:r>
      <w:r w:rsidR="00641C3C" w:rsidRPr="002462B0">
        <w:rPr>
          <w:b/>
          <w:bCs/>
          <w:sz w:val="24"/>
          <w:szCs w:val="24"/>
        </w:rPr>
        <w:t>日</w:t>
      </w:r>
    </w:p>
    <w:p w14:paraId="2D80D315" w14:textId="77777777" w:rsidR="002462B0" w:rsidRDefault="002462B0" w:rsidP="002462B0">
      <w:pPr>
        <w:ind w:right="960" w:firstLineChars="2200" w:firstLine="5301"/>
        <w:rPr>
          <w:rFonts w:hint="default"/>
          <w:sz w:val="24"/>
          <w:szCs w:val="24"/>
          <w:lang w:eastAsia="ja-JP"/>
        </w:rPr>
      </w:pPr>
      <w:r w:rsidRPr="002462B0">
        <w:rPr>
          <w:b/>
          <w:bCs/>
          <w:sz w:val="24"/>
          <w:szCs w:val="24"/>
          <w:lang w:eastAsia="ja-JP"/>
        </w:rPr>
        <w:t>代表者署名：</w:t>
      </w:r>
    </w:p>
    <w:p w14:paraId="12591F68" w14:textId="77777777" w:rsidR="002462B0" w:rsidRDefault="002462B0" w:rsidP="002462B0">
      <w:pPr>
        <w:ind w:right="960"/>
        <w:rPr>
          <w:rFonts w:hint="default"/>
          <w:sz w:val="24"/>
          <w:szCs w:val="24"/>
          <w:lang w:eastAsia="ja-JP"/>
        </w:rPr>
      </w:pPr>
    </w:p>
    <w:p w14:paraId="7E823574" w14:textId="77777777" w:rsidR="002462B0" w:rsidRDefault="002462B0" w:rsidP="002462B0">
      <w:pPr>
        <w:ind w:right="960"/>
        <w:rPr>
          <w:rFonts w:hint="default"/>
          <w:sz w:val="24"/>
          <w:szCs w:val="24"/>
          <w:lang w:eastAsia="ja-JP"/>
        </w:rPr>
      </w:pPr>
    </w:p>
    <w:p w14:paraId="1AB07213" w14:textId="5F1C067C" w:rsidR="00FA371F" w:rsidRPr="002462B0" w:rsidRDefault="002462B0" w:rsidP="002462B0">
      <w:pPr>
        <w:ind w:right="960"/>
        <w:jc w:val="right"/>
        <w:rPr>
          <w:rFonts w:hint="default"/>
        </w:rPr>
      </w:pPr>
      <w:r w:rsidRPr="002462B0">
        <w:rPr>
          <w:sz w:val="24"/>
          <w:szCs w:val="24"/>
          <w:lang w:eastAsia="ja-JP"/>
        </w:rPr>
        <w:t xml:space="preserve">　　　　　　　　　　　　　</w:t>
      </w:r>
      <w:r w:rsidR="00641C3C" w:rsidRPr="002462B0">
        <w:rPr>
          <w:sz w:val="24"/>
          <w:szCs w:val="24"/>
        </w:rPr>
        <w:t xml:space="preserve"> </w:t>
      </w:r>
      <w:r w:rsidR="00641C3C" w:rsidRPr="002462B0">
        <w:rPr>
          <w:sz w:val="24"/>
          <w:szCs w:val="24"/>
        </w:rPr>
        <w:t xml:space="preserve">　</w:t>
      </w:r>
      <w:r w:rsidRPr="002462B0">
        <w:rPr>
          <w:sz w:val="24"/>
          <w:szCs w:val="24"/>
          <w:lang w:eastAsia="ja-JP"/>
        </w:rPr>
        <w:t xml:space="preserve">　</w:t>
      </w:r>
      <w:r w:rsidR="00641C3C" w:rsidRPr="002462B0">
        <w:rPr>
          <w:sz w:val="20"/>
        </w:rPr>
        <w:t xml:space="preserve">　　　　　　　</w:t>
      </w:r>
      <w:r w:rsidR="00641C3C" w:rsidRPr="002462B0">
        <w:rPr>
          <w:sz w:val="20"/>
        </w:rPr>
        <w:t xml:space="preserve">　　　　　　　　</w:t>
      </w:r>
      <w:r w:rsidR="00641C3C" w:rsidRPr="002462B0">
        <w:rPr>
          <w:sz w:val="20"/>
        </w:rPr>
        <w:t xml:space="preserve">　</w:t>
      </w:r>
    </w:p>
    <w:sectPr w:rsidR="00FA371F" w:rsidRPr="002462B0" w:rsidSect="00034616">
      <w:pgSz w:w="12240" w:h="15840"/>
      <w:pgMar w:top="1123" w:right="1123" w:bottom="112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62B0"/>
    <w:rsid w:val="0029639D"/>
    <w:rsid w:val="00326F90"/>
    <w:rsid w:val="00641C3C"/>
    <w:rsid w:val="006B5B46"/>
    <w:rsid w:val="00730EA0"/>
    <w:rsid w:val="00AA1D8D"/>
    <w:rsid w:val="00B47730"/>
    <w:rsid w:val="00CB0664"/>
    <w:rsid w:val="00ED75C3"/>
    <w:rsid w:val="00F56FCD"/>
    <w:rsid w:val="00FA371F"/>
    <w:rsid w:val="00FB6C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7978C0"/>
  <w14:defaultImageDpi w14:val="300"/>
  <w15:docId w15:val="{35C49AB4-B3A9-4A24-8150-9C161102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hAnsi="ＭＳ 明朝" w:hint="eastAsia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湯川 恭司</cp:lastModifiedBy>
  <cp:revision>4</cp:revision>
  <dcterms:created xsi:type="dcterms:W3CDTF">2026-09-04T01:02:00Z</dcterms:created>
  <dcterms:modified xsi:type="dcterms:W3CDTF">2026-09-07T05:07:00Z</dcterms:modified>
  <cp:category/>
</cp:coreProperties>
</file>