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CCFA2" w14:textId="6E439D2F" w:rsidR="00FA371F" w:rsidRDefault="00FB6C71">
      <w:pPr>
        <w:jc w:val="center"/>
        <w:rPr>
          <w:rFonts w:hint="default"/>
          <w:lang w:eastAsia="ja-JP"/>
        </w:rPr>
      </w:pPr>
      <w:bookmarkStart w:id="0" w:name="_Hlk242462433"/>
      <w:bookmarkStart w:id="1" w:name="_Hlk242462412"/>
      <w:r>
        <w:rPr>
          <w:rFonts w:ascii="ＭＳ ゴシック" w:hAnsi="ＭＳ ゴシック"/>
          <w:b/>
          <w:sz w:val="32"/>
          <w:lang w:eastAsia="ja-JP"/>
        </w:rPr>
        <w:t>宇城市指定避難所</w:t>
      </w:r>
      <w:r w:rsidR="00641C3C">
        <w:rPr>
          <w:rFonts w:ascii="ＭＳ ゴシック" w:hAnsi="ＭＳ ゴシック"/>
          <w:b/>
          <w:sz w:val="32"/>
          <w:lang w:eastAsia="ja-JP"/>
        </w:rPr>
        <w:t xml:space="preserve"> </w:t>
      </w:r>
      <w:r w:rsidR="00641C3C">
        <w:rPr>
          <w:rFonts w:ascii="ＭＳ ゴシック" w:hAnsi="ＭＳ ゴシック"/>
          <w:b/>
          <w:sz w:val="32"/>
          <w:lang w:eastAsia="ja-JP"/>
        </w:rPr>
        <w:t>外部支援（</w:t>
      </w:r>
      <w:r w:rsidR="00BB2758">
        <w:rPr>
          <w:rFonts w:ascii="ＭＳ ゴシック" w:hAnsi="ＭＳ ゴシック"/>
          <w:b/>
          <w:sz w:val="32"/>
          <w:lang w:eastAsia="ja-JP"/>
        </w:rPr>
        <w:t>炊き出し</w:t>
      </w:r>
      <w:r w:rsidR="00641C3C">
        <w:rPr>
          <w:rFonts w:ascii="ＭＳ ゴシック" w:hAnsi="ＭＳ ゴシック"/>
          <w:b/>
          <w:sz w:val="32"/>
          <w:lang w:eastAsia="ja-JP"/>
        </w:rPr>
        <w:t>）</w:t>
      </w:r>
      <w:r>
        <w:rPr>
          <w:rFonts w:ascii="ＭＳ ゴシック" w:hAnsi="ＭＳ ゴシック"/>
          <w:b/>
          <w:sz w:val="32"/>
          <w:lang w:eastAsia="ja-JP"/>
        </w:rPr>
        <w:t>申請</w:t>
      </w:r>
      <w:r w:rsidR="00641C3C">
        <w:rPr>
          <w:rFonts w:ascii="ＭＳ ゴシック" w:hAnsi="ＭＳ ゴシック"/>
          <w:b/>
          <w:sz w:val="32"/>
          <w:lang w:eastAsia="ja-JP"/>
        </w:rPr>
        <w:t>フォーム</w:t>
      </w:r>
    </w:p>
    <w:p w14:paraId="4FCDFBCD" w14:textId="440CE598" w:rsidR="00317B98" w:rsidRPr="00BF18E6" w:rsidRDefault="00317B98" w:rsidP="00317B98">
      <w:pPr>
        <w:rPr>
          <w:rFonts w:ascii="Roboto" w:hAnsi="Roboto" w:hint="default"/>
          <w:color w:val="FF0000"/>
          <w:spacing w:val="-5"/>
          <w:sz w:val="22"/>
          <w:u w:val="single"/>
          <w:shd w:val="clear" w:color="auto" w:fill="FFFFFF"/>
          <w:lang w:eastAsia="ja-JP"/>
        </w:rPr>
      </w:pPr>
      <w:r w:rsidRPr="00BF18E6">
        <w:rPr>
          <w:iCs/>
          <w:color w:val="FF0000"/>
          <w:sz w:val="22"/>
          <w:u w:val="single"/>
          <w:lang w:eastAsia="ja-JP"/>
        </w:rPr>
        <w:t>＊事務局にて受付完了後は</w:t>
      </w:r>
      <w:r w:rsidRPr="00BF18E6">
        <w:rPr>
          <w:rFonts w:ascii="Roboto" w:hAnsi="Roboto"/>
          <w:color w:val="FF0000"/>
          <w:spacing w:val="-5"/>
          <w:sz w:val="22"/>
          <w:u w:val="single"/>
          <w:shd w:val="clear" w:color="auto" w:fill="FFFFFF"/>
          <w:lang w:eastAsia="ja-JP"/>
        </w:rPr>
        <w:t>熊本県宇城保健所に「炊き出しチェック表」を提出してください。</w:t>
      </w:r>
    </w:p>
    <w:p w14:paraId="3DD0D62E" w14:textId="67240434" w:rsidR="00317B98" w:rsidRPr="00317B98" w:rsidRDefault="00461331" w:rsidP="00317B98">
      <w:pPr>
        <w:rPr>
          <w:rFonts w:ascii="Roboto" w:hAnsi="Roboto" w:hint="default"/>
          <w:color w:val="FF0000"/>
          <w:spacing w:val="-5"/>
          <w:sz w:val="22"/>
          <w:shd w:val="clear" w:color="auto" w:fill="FFFFFF"/>
          <w:lang w:eastAsia="ja-JP"/>
        </w:rPr>
      </w:pPr>
      <w:hyperlink r:id="rId9" w:history="1">
        <w:r w:rsidR="00317B98" w:rsidRPr="00317B98">
          <w:rPr>
            <w:rStyle w:val="aff"/>
            <w:sz w:val="22"/>
            <w:lang w:eastAsia="ja-JP"/>
          </w:rPr>
          <w:t>炊き出し支援をご検討いただいている皆様 / 宇城市</w:t>
        </w:r>
      </w:hyperlink>
    </w:p>
    <w:p w14:paraId="4504A52D" w14:textId="7E0A8DAC" w:rsidR="00317B98" w:rsidRPr="00BF18E6" w:rsidRDefault="00317B98" w:rsidP="00317B98">
      <w:pPr>
        <w:rPr>
          <w:rFonts w:hint="default"/>
          <w:iCs/>
          <w:color w:val="FF0000"/>
          <w:sz w:val="22"/>
          <w:u w:val="single"/>
          <w:lang w:eastAsia="ja-JP"/>
        </w:rPr>
      </w:pPr>
      <w:r w:rsidRPr="00BF18E6">
        <w:rPr>
          <w:iCs/>
          <w:color w:val="FF0000"/>
          <w:sz w:val="22"/>
          <w:u w:val="single"/>
          <w:lang w:eastAsia="ja-JP"/>
        </w:rPr>
        <w:t>＊活動当日に</w:t>
      </w:r>
      <w:r w:rsidR="00BF18E6">
        <w:rPr>
          <w:iCs/>
          <w:color w:val="FF0000"/>
          <w:sz w:val="22"/>
          <w:u w:val="single"/>
          <w:lang w:eastAsia="ja-JP"/>
        </w:rPr>
        <w:t>、</w:t>
      </w:r>
      <w:r w:rsidRPr="00BF18E6">
        <w:rPr>
          <w:iCs/>
          <w:color w:val="FF0000"/>
          <w:sz w:val="22"/>
          <w:u w:val="single"/>
          <w:lang w:eastAsia="ja-JP"/>
        </w:rPr>
        <w:t>受付完了後の申請フォームを印刷し</w:t>
      </w:r>
      <w:r w:rsidR="00BF18E6">
        <w:rPr>
          <w:iCs/>
          <w:color w:val="FF0000"/>
          <w:sz w:val="22"/>
          <w:u w:val="single"/>
          <w:lang w:eastAsia="ja-JP"/>
        </w:rPr>
        <w:t>右下の同意欄にご署名の上、</w:t>
      </w:r>
      <w:r w:rsidR="00972A94">
        <w:rPr>
          <w:iCs/>
          <w:color w:val="FF0000"/>
          <w:sz w:val="22"/>
          <w:u w:val="single"/>
          <w:lang w:eastAsia="ja-JP"/>
        </w:rPr>
        <w:t>当日お持ち下さい</w:t>
      </w:r>
      <w:r w:rsidRPr="00BF18E6">
        <w:rPr>
          <w:iCs/>
          <w:color w:val="FF0000"/>
          <w:sz w:val="22"/>
          <w:u w:val="single"/>
          <w:lang w:eastAsia="ja-JP"/>
        </w:rPr>
        <w:t>。</w:t>
      </w:r>
    </w:p>
    <w:tbl>
      <w:tblPr>
        <w:tblStyle w:val="afe"/>
        <w:tblW w:w="10306" w:type="dxa"/>
        <w:tblLook w:val="04A0" w:firstRow="1" w:lastRow="0" w:firstColumn="1" w:lastColumn="0" w:noHBand="0" w:noVBand="1"/>
      </w:tblPr>
      <w:tblGrid>
        <w:gridCol w:w="2085"/>
        <w:gridCol w:w="1984"/>
        <w:gridCol w:w="1985"/>
        <w:gridCol w:w="2551"/>
        <w:gridCol w:w="1701"/>
      </w:tblGrid>
      <w:tr w:rsidR="004F6028" w14:paraId="019BB109" w14:textId="1280A0A9" w:rsidTr="00BF18E6">
        <w:tc>
          <w:tcPr>
            <w:tcW w:w="208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bookmarkEnd w:id="0"/>
          <w:p w14:paraId="5AA5F2CD" w14:textId="2EB5291C" w:rsidR="004F6028" w:rsidRPr="004F6028" w:rsidRDefault="004F6028">
            <w:pPr>
              <w:rPr>
                <w:rFonts w:hint="default"/>
                <w:sz w:val="20"/>
                <w:szCs w:val="20"/>
              </w:rPr>
            </w:pPr>
            <w:r w:rsidRPr="004F6028">
              <w:rPr>
                <w:sz w:val="20"/>
                <w:szCs w:val="20"/>
                <w:lang w:eastAsia="ja-JP"/>
              </w:rPr>
              <w:t>申請日</w:t>
            </w:r>
          </w:p>
          <w:p w14:paraId="5B23C18D" w14:textId="77777777" w:rsidR="001E0094" w:rsidRDefault="001E0094">
            <w:pPr>
              <w:rPr>
                <w:rFonts w:hint="default"/>
                <w:sz w:val="20"/>
                <w:szCs w:val="20"/>
                <w:lang w:eastAsia="ja-JP"/>
              </w:rPr>
            </w:pPr>
          </w:p>
          <w:p w14:paraId="164527F5" w14:textId="4FF09227" w:rsidR="004F6028" w:rsidRPr="004F6028" w:rsidRDefault="004F6028">
            <w:pPr>
              <w:rPr>
                <w:rFonts w:hint="default"/>
                <w:sz w:val="20"/>
                <w:szCs w:val="20"/>
              </w:rPr>
            </w:pPr>
            <w:r w:rsidRPr="004F6028">
              <w:rPr>
                <w:sz w:val="20"/>
                <w:szCs w:val="20"/>
                <w:lang w:eastAsia="ja-JP"/>
              </w:rPr>
              <w:t>2026年　月　　日</w:t>
            </w:r>
          </w:p>
        </w:tc>
        <w:tc>
          <w:tcPr>
            <w:tcW w:w="198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AD62D5" w14:textId="1176AB6B" w:rsidR="004F6028" w:rsidRPr="004F6028" w:rsidRDefault="004F6028" w:rsidP="004F6028">
            <w:pPr>
              <w:rPr>
                <w:rFonts w:hint="default"/>
                <w:sz w:val="20"/>
                <w:szCs w:val="20"/>
                <w:lang w:eastAsia="ja-JP"/>
              </w:rPr>
            </w:pPr>
            <w:r w:rsidRPr="004F6028">
              <w:rPr>
                <w:sz w:val="20"/>
                <w:szCs w:val="20"/>
                <w:lang w:eastAsia="ja-JP"/>
              </w:rPr>
              <w:t>活動希望日</w:t>
            </w:r>
          </w:p>
          <w:p w14:paraId="175F7D54" w14:textId="77777777" w:rsidR="001E0094" w:rsidRDefault="001E0094" w:rsidP="00FB6C71">
            <w:pPr>
              <w:rPr>
                <w:rFonts w:hint="default"/>
                <w:sz w:val="20"/>
                <w:szCs w:val="20"/>
                <w:lang w:eastAsia="ja-JP"/>
              </w:rPr>
            </w:pPr>
          </w:p>
          <w:p w14:paraId="761A9062" w14:textId="7408F9AE" w:rsidR="004F6028" w:rsidRPr="004F6028" w:rsidRDefault="004F6028" w:rsidP="00FB6C71">
            <w:pPr>
              <w:rPr>
                <w:rFonts w:hint="default"/>
                <w:sz w:val="20"/>
                <w:szCs w:val="20"/>
              </w:rPr>
            </w:pPr>
            <w:r w:rsidRPr="004F6028">
              <w:rPr>
                <w:sz w:val="20"/>
                <w:szCs w:val="20"/>
                <w:lang w:eastAsia="ja-JP"/>
              </w:rPr>
              <w:t xml:space="preserve">2026年　月　日　　　　</w:t>
            </w:r>
          </w:p>
        </w:tc>
        <w:tc>
          <w:tcPr>
            <w:tcW w:w="198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5CC0A5" w14:textId="77777777" w:rsidR="004F6028" w:rsidRPr="004F6028" w:rsidRDefault="004F6028">
            <w:pPr>
              <w:rPr>
                <w:rFonts w:hint="default"/>
                <w:sz w:val="20"/>
                <w:szCs w:val="20"/>
                <w:lang w:eastAsia="ja-JP"/>
              </w:rPr>
            </w:pPr>
            <w:r w:rsidRPr="004F6028">
              <w:rPr>
                <w:sz w:val="20"/>
                <w:szCs w:val="20"/>
                <w:lang w:eastAsia="ja-JP"/>
              </w:rPr>
              <w:t>活動希望避難所</w:t>
            </w:r>
          </w:p>
          <w:p w14:paraId="604A3BEE" w14:textId="77777777" w:rsidR="004F6028" w:rsidRPr="004F6028" w:rsidRDefault="004F6028">
            <w:pPr>
              <w:rPr>
                <w:rFonts w:hint="default"/>
                <w:sz w:val="20"/>
                <w:szCs w:val="20"/>
                <w:lang w:eastAsia="ja-JP"/>
              </w:rPr>
            </w:pPr>
          </w:p>
          <w:p w14:paraId="7421EA26" w14:textId="70574DA2" w:rsidR="004F6028" w:rsidRPr="004F6028" w:rsidRDefault="004F6028">
            <w:pPr>
              <w:rPr>
                <w:rFonts w:hint="default"/>
                <w:sz w:val="20"/>
                <w:szCs w:val="20"/>
                <w:lang w:eastAsia="ja-JP"/>
              </w:rPr>
            </w:pPr>
          </w:p>
        </w:tc>
        <w:tc>
          <w:tcPr>
            <w:tcW w:w="255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FC7BF4" w14:textId="7D3CDC37" w:rsidR="004F6028" w:rsidRPr="004F6028" w:rsidRDefault="004F6028" w:rsidP="004F6028">
            <w:pPr>
              <w:rPr>
                <w:rFonts w:hint="default"/>
                <w:sz w:val="16"/>
                <w:szCs w:val="16"/>
                <w:lang w:eastAsia="ja-JP"/>
              </w:rPr>
            </w:pPr>
            <w:r>
              <w:rPr>
                <w:lang w:eastAsia="ja-JP"/>
              </w:rPr>
              <w:t>活動時間</w:t>
            </w:r>
            <w:r w:rsidRPr="004F6028">
              <w:rPr>
                <w:sz w:val="16"/>
                <w:szCs w:val="16"/>
                <w:lang w:eastAsia="ja-JP"/>
              </w:rPr>
              <w:t>（いずれかに</w:t>
            </w:r>
            <w:r w:rsidR="00BB2758">
              <w:rPr>
                <w:sz w:val="16"/>
                <w:szCs w:val="16"/>
                <w:lang w:eastAsia="ja-JP"/>
              </w:rPr>
              <w:t>ﾁｪｯｸ</w:t>
            </w:r>
            <w:r w:rsidRPr="004F6028">
              <w:rPr>
                <w:sz w:val="16"/>
                <w:szCs w:val="16"/>
                <w:lang w:eastAsia="ja-JP"/>
              </w:rPr>
              <w:t>）</w:t>
            </w:r>
          </w:p>
          <w:p w14:paraId="192C2DDD" w14:textId="2C6E8AED" w:rsidR="004F6028" w:rsidRDefault="004F6028" w:rsidP="001E0094">
            <w:pPr>
              <w:pStyle w:val="ae"/>
              <w:numPr>
                <w:ilvl w:val="0"/>
                <w:numId w:val="10"/>
              </w:numPr>
              <w:rPr>
                <w:rFonts w:hint="default"/>
                <w:lang w:eastAsia="ja-JP"/>
              </w:rPr>
            </w:pPr>
            <w:r>
              <w:rPr>
                <w:lang w:eastAsia="ja-JP"/>
              </w:rPr>
              <w:t>1</w:t>
            </w:r>
            <w:r w:rsidR="00BB2758">
              <w:rPr>
                <w:lang w:eastAsia="ja-JP"/>
              </w:rPr>
              <w:t>1</w:t>
            </w:r>
            <w:r>
              <w:rPr>
                <w:lang w:eastAsia="ja-JP"/>
              </w:rPr>
              <w:t>：00～1</w:t>
            </w:r>
            <w:r w:rsidR="00BB2758">
              <w:rPr>
                <w:lang w:eastAsia="ja-JP"/>
              </w:rPr>
              <w:t>3</w:t>
            </w:r>
            <w:r>
              <w:rPr>
                <w:lang w:eastAsia="ja-JP"/>
              </w:rPr>
              <w:t>：00</w:t>
            </w:r>
          </w:p>
          <w:p w14:paraId="54209908" w14:textId="4FBF8AAC" w:rsidR="004F6028" w:rsidRPr="00C217A3" w:rsidRDefault="004F6028" w:rsidP="00C217A3">
            <w:pPr>
              <w:pStyle w:val="ae"/>
              <w:numPr>
                <w:ilvl w:val="0"/>
                <w:numId w:val="10"/>
              </w:numPr>
              <w:rPr>
                <w:rFonts w:hint="default"/>
                <w:sz w:val="20"/>
                <w:szCs w:val="20"/>
              </w:rPr>
            </w:pPr>
            <w:r>
              <w:rPr>
                <w:lang w:eastAsia="ja-JP"/>
              </w:rPr>
              <w:t>1</w:t>
            </w:r>
            <w:r w:rsidR="00BB2758">
              <w:rPr>
                <w:lang w:eastAsia="ja-JP"/>
              </w:rPr>
              <w:t>6</w:t>
            </w:r>
            <w:r>
              <w:rPr>
                <w:lang w:eastAsia="ja-JP"/>
              </w:rPr>
              <w:t>：00～1</w:t>
            </w:r>
            <w:r w:rsidR="00BB2758">
              <w:rPr>
                <w:lang w:eastAsia="ja-JP"/>
              </w:rPr>
              <w:t>8</w:t>
            </w:r>
            <w:r>
              <w:rPr>
                <w:lang w:eastAsia="ja-JP"/>
              </w:rPr>
              <w:t>：00</w:t>
            </w:r>
          </w:p>
        </w:tc>
        <w:tc>
          <w:tcPr>
            <w:tcW w:w="1701" w:type="dxa"/>
          </w:tcPr>
          <w:p w14:paraId="5FAB8DFA" w14:textId="77777777" w:rsidR="004F6028" w:rsidRDefault="004F6028" w:rsidP="004F6028">
            <w:pPr>
              <w:rPr>
                <w:rFonts w:hint="default"/>
                <w:sz w:val="18"/>
                <w:szCs w:val="18"/>
                <w:lang w:eastAsia="ja-JP"/>
              </w:rPr>
            </w:pPr>
            <w:r>
              <w:rPr>
                <w:sz w:val="18"/>
                <w:szCs w:val="18"/>
                <w:lang w:eastAsia="ja-JP"/>
              </w:rPr>
              <w:t>（</w:t>
            </w:r>
            <w:r w:rsidRPr="00F56FCD">
              <w:rPr>
                <w:sz w:val="18"/>
                <w:szCs w:val="18"/>
                <w:lang w:eastAsia="ja-JP"/>
              </w:rPr>
              <w:t>事務局記入欄</w:t>
            </w:r>
            <w:r>
              <w:rPr>
                <w:sz w:val="18"/>
                <w:szCs w:val="18"/>
                <w:lang w:eastAsia="ja-JP"/>
              </w:rPr>
              <w:t>）</w:t>
            </w:r>
          </w:p>
          <w:p w14:paraId="7A3C3D4F" w14:textId="77777777" w:rsidR="001E0094" w:rsidRDefault="001E0094" w:rsidP="004F6028">
            <w:pPr>
              <w:rPr>
                <w:rFonts w:hint="default"/>
                <w:sz w:val="18"/>
                <w:szCs w:val="18"/>
                <w:lang w:eastAsia="ja-JP"/>
              </w:rPr>
            </w:pPr>
          </w:p>
          <w:p w14:paraId="6BA02D50" w14:textId="558C1631" w:rsidR="004F6028" w:rsidRPr="004F6028" w:rsidRDefault="004F6028" w:rsidP="004F6028">
            <w:pPr>
              <w:rPr>
                <w:rFonts w:hint="default"/>
                <w:sz w:val="18"/>
                <w:szCs w:val="18"/>
                <w:lang w:eastAsia="ja-JP"/>
              </w:rPr>
            </w:pPr>
            <w:r w:rsidRPr="004F6028">
              <w:rPr>
                <w:sz w:val="18"/>
                <w:szCs w:val="18"/>
                <w:lang w:eastAsia="ja-JP"/>
              </w:rPr>
              <w:t>受付者</w:t>
            </w:r>
          </w:p>
        </w:tc>
      </w:tr>
    </w:tbl>
    <w:p w14:paraId="4CE353AD" w14:textId="190FAB58" w:rsidR="00FA371F" w:rsidRPr="00C217A3" w:rsidRDefault="001E0094">
      <w:pPr>
        <w:rPr>
          <w:rFonts w:hint="default"/>
          <w:color w:val="FF0000"/>
          <w:lang w:eastAsia="ja-JP"/>
        </w:rPr>
      </w:pPr>
      <w:r w:rsidRPr="00C217A3">
        <w:rPr>
          <w:rFonts w:ascii="Roboto" w:hAnsi="Roboto"/>
          <w:color w:val="FF0000"/>
          <w:spacing w:val="-5"/>
          <w:shd w:val="clear" w:color="auto" w:fill="FFFFFF"/>
          <w:lang w:eastAsia="ja-JP"/>
        </w:rPr>
        <w:t>午前、または午後に</w:t>
      </w:r>
      <w:r w:rsidRPr="00C217A3">
        <w:rPr>
          <w:rFonts w:ascii="Roboto" w:hAnsi="Roboto"/>
          <w:color w:val="FF0000"/>
          <w:spacing w:val="-5"/>
          <w:shd w:val="clear" w:color="auto" w:fill="FFFFFF"/>
          <w:lang w:eastAsia="ja-JP"/>
        </w:rPr>
        <w:t>1</w:t>
      </w:r>
      <w:r w:rsidRPr="00C217A3">
        <w:rPr>
          <w:rFonts w:ascii="Roboto" w:hAnsi="Roboto"/>
          <w:color w:val="FF0000"/>
          <w:spacing w:val="-5"/>
          <w:shd w:val="clear" w:color="auto" w:fill="FFFFFF"/>
          <w:lang w:eastAsia="ja-JP"/>
        </w:rPr>
        <w:t>個人・</w:t>
      </w:r>
      <w:r w:rsidRPr="00C217A3">
        <w:rPr>
          <w:rFonts w:ascii="Roboto" w:hAnsi="Roboto"/>
          <w:color w:val="FF0000"/>
          <w:spacing w:val="-5"/>
          <w:shd w:val="clear" w:color="auto" w:fill="FFFFFF"/>
          <w:lang w:eastAsia="ja-JP"/>
        </w:rPr>
        <w:t>1</w:t>
      </w:r>
      <w:r w:rsidRPr="00C217A3">
        <w:rPr>
          <w:rFonts w:ascii="Roboto" w:hAnsi="Roboto"/>
          <w:color w:val="FF0000"/>
          <w:spacing w:val="-5"/>
          <w:shd w:val="clear" w:color="auto" w:fill="FFFFFF"/>
          <w:lang w:eastAsia="ja-JP"/>
        </w:rPr>
        <w:t>団体を受け付けます</w:t>
      </w:r>
      <w:r w:rsidR="00BE4F99">
        <w:rPr>
          <w:rFonts w:ascii="Roboto" w:hAnsi="Roboto"/>
          <w:color w:val="FF0000"/>
          <w:spacing w:val="-5"/>
          <w:shd w:val="clear" w:color="auto" w:fill="FFFFFF"/>
          <w:lang w:eastAsia="ja-JP"/>
        </w:rPr>
        <w:t>（</w:t>
      </w:r>
      <w:r w:rsidRPr="00C217A3">
        <w:rPr>
          <w:rFonts w:ascii="Roboto" w:hAnsi="Roboto"/>
          <w:color w:val="FF0000"/>
          <w:spacing w:val="-5"/>
          <w:shd w:val="clear" w:color="auto" w:fill="FFFFFF"/>
          <w:lang w:eastAsia="ja-JP"/>
        </w:rPr>
        <w:t>同日</w:t>
      </w:r>
      <w:r w:rsidR="00C217A3" w:rsidRPr="00C217A3">
        <w:rPr>
          <w:rFonts w:ascii="Roboto" w:hAnsi="Roboto"/>
          <w:color w:val="FF0000"/>
          <w:spacing w:val="-5"/>
          <w:shd w:val="clear" w:color="auto" w:fill="FFFFFF"/>
          <w:lang w:eastAsia="ja-JP"/>
        </w:rPr>
        <w:t>に午前・午後の</w:t>
      </w:r>
      <w:r w:rsidRPr="00C217A3">
        <w:rPr>
          <w:rFonts w:ascii="Roboto" w:hAnsi="Roboto"/>
          <w:color w:val="FF0000"/>
          <w:spacing w:val="-5"/>
          <w:shd w:val="clear" w:color="auto" w:fill="FFFFFF"/>
          <w:lang w:eastAsia="ja-JP"/>
        </w:rPr>
        <w:t>重複の受付は出来ません</w:t>
      </w:r>
      <w:r w:rsidR="00BE4F99">
        <w:rPr>
          <w:rFonts w:ascii="Roboto" w:hAnsi="Roboto"/>
          <w:color w:val="FF0000"/>
          <w:spacing w:val="-5"/>
          <w:shd w:val="clear" w:color="auto" w:fill="FFFFFF"/>
          <w:lang w:eastAsia="ja-JP"/>
        </w:rPr>
        <w:t>）</w:t>
      </w:r>
      <w:r w:rsidRPr="00C217A3">
        <w:rPr>
          <w:rFonts w:ascii="Roboto" w:hAnsi="Roboto"/>
          <w:color w:val="FF0000"/>
          <w:spacing w:val="-5"/>
          <w:shd w:val="clear" w:color="auto" w:fill="FFFFFF"/>
          <w:lang w:eastAsia="ja-JP"/>
        </w:rPr>
        <w:t>。</w:t>
      </w:r>
    </w:p>
    <w:p w14:paraId="480DF089" w14:textId="0F70034F" w:rsidR="00FA371F" w:rsidRDefault="00641C3C">
      <w:pPr>
        <w:pBdr>
          <w:bottom w:val="single" w:sz="12" w:space="4" w:color="4F81BD"/>
        </w:pBdr>
        <w:rPr>
          <w:rFonts w:hint="default"/>
        </w:rPr>
      </w:pPr>
      <w:r>
        <w:rPr>
          <w:rFonts w:ascii="ＭＳ ゴシック" w:hAnsi="ＭＳ ゴシック"/>
          <w:b/>
          <w:sz w:val="24"/>
          <w:lang w:eastAsia="ja-JP"/>
        </w:rPr>
        <w:t xml:space="preserve">1. </w:t>
      </w:r>
      <w:r>
        <w:rPr>
          <w:rFonts w:ascii="ＭＳ ゴシック" w:hAnsi="ＭＳ ゴシック"/>
          <w:b/>
          <w:sz w:val="24"/>
          <w:lang w:eastAsia="ja-JP"/>
        </w:rPr>
        <w:t>申請者基本情報（記入</w:t>
      </w:r>
      <w:r w:rsidR="00FB6C71">
        <w:rPr>
          <w:rFonts w:ascii="ＭＳ ゴシック" w:hAnsi="ＭＳ ゴシック"/>
          <w:b/>
          <w:sz w:val="24"/>
          <w:lang w:eastAsia="ja-JP"/>
        </w:rPr>
        <w:t>必須</w:t>
      </w:r>
      <w:r>
        <w:rPr>
          <w:rFonts w:ascii="ＭＳ ゴシック" w:hAnsi="ＭＳ ゴシック"/>
          <w:b/>
          <w:sz w:val="24"/>
          <w:lang w:eastAsia="ja-JP"/>
        </w:rPr>
        <w:t>）</w:t>
      </w:r>
    </w:p>
    <w:p w14:paraId="59D19128" w14:textId="0237B9DC" w:rsidR="00FA371F" w:rsidRDefault="00641C3C">
      <w:pPr>
        <w:spacing w:line="312" w:lineRule="auto"/>
        <w:rPr>
          <w:rFonts w:hint="default"/>
          <w:lang w:eastAsia="ja-JP"/>
        </w:rPr>
      </w:pPr>
      <w:r>
        <w:rPr>
          <w:b/>
          <w:lang w:eastAsia="ja-JP"/>
        </w:rPr>
        <w:t xml:space="preserve">■ 団体名 / 個人名： </w:t>
      </w:r>
      <w:r w:rsidRPr="00BB2758">
        <w:rPr>
          <w:sz w:val="19"/>
          <w:lang w:eastAsia="ja-JP"/>
        </w:rPr>
        <w:t>（法人の場合は企業・団体名、個人の場合は個人名をご記入ください）</w:t>
      </w:r>
      <w:r>
        <w:rPr>
          <w:u w:val="single"/>
          <w:lang w:eastAsia="ja-JP"/>
        </w:rPr>
        <w:t xml:space="preserve">　　　　　　　　　　　　　　　　　　　　　　　　　　　　　　</w:t>
      </w:r>
    </w:p>
    <w:p w14:paraId="57BAA01E" w14:textId="46BDAC05" w:rsidR="00FA371F" w:rsidRDefault="00641C3C">
      <w:pPr>
        <w:spacing w:line="312" w:lineRule="auto"/>
        <w:rPr>
          <w:rFonts w:hint="default"/>
          <w:lang w:eastAsia="ja-JP"/>
        </w:rPr>
      </w:pPr>
      <w:r>
        <w:rPr>
          <w:b/>
          <w:lang w:eastAsia="ja-JP"/>
        </w:rPr>
        <w:t xml:space="preserve">■ 代表者氏名： </w:t>
      </w:r>
      <w:r w:rsidRPr="00BB2758">
        <w:rPr>
          <w:sz w:val="19"/>
          <w:lang w:eastAsia="ja-JP"/>
        </w:rPr>
        <w:t>（当日の責任者氏名）</w:t>
      </w:r>
      <w:r>
        <w:rPr>
          <w:u w:val="single"/>
          <w:lang w:eastAsia="ja-JP"/>
        </w:rPr>
        <w:t xml:space="preserve">　　　　　　　　　　　　　　　　　　　　　　　　　　　　　　</w:t>
      </w:r>
    </w:p>
    <w:p w14:paraId="2D9D9104" w14:textId="77777777" w:rsidR="00FA371F" w:rsidRPr="00BB2758" w:rsidRDefault="00641C3C">
      <w:pPr>
        <w:spacing w:line="312" w:lineRule="auto"/>
        <w:rPr>
          <w:rFonts w:hint="default"/>
          <w:lang w:eastAsia="ja-JP"/>
        </w:rPr>
      </w:pPr>
      <w:r>
        <w:rPr>
          <w:b/>
          <w:lang w:eastAsia="ja-JP"/>
        </w:rPr>
        <w:t xml:space="preserve">■ 当日の活動人数： </w:t>
      </w:r>
      <w:r w:rsidRPr="00BB2758">
        <w:rPr>
          <w:sz w:val="19"/>
          <w:lang w:eastAsia="ja-JP"/>
        </w:rPr>
        <w:t>合計：          名</w:t>
      </w:r>
    </w:p>
    <w:p w14:paraId="10D1126F" w14:textId="3C253559" w:rsidR="00FA371F" w:rsidRDefault="00641C3C">
      <w:pPr>
        <w:spacing w:line="312" w:lineRule="auto"/>
        <w:rPr>
          <w:rFonts w:hint="default"/>
          <w:lang w:eastAsia="ja-JP"/>
        </w:rPr>
      </w:pPr>
      <w:r>
        <w:rPr>
          <w:b/>
          <w:lang w:eastAsia="ja-JP"/>
        </w:rPr>
        <w:t>■ 当日の連絡先（携帯）：</w:t>
      </w:r>
      <w:r w:rsidRPr="00BB2758">
        <w:rPr>
          <w:b/>
          <w:lang w:eastAsia="ja-JP"/>
        </w:rPr>
        <w:t xml:space="preserve"> </w:t>
      </w:r>
      <w:r w:rsidRPr="00BB2758">
        <w:rPr>
          <w:sz w:val="19"/>
          <w:lang w:eastAsia="ja-JP"/>
        </w:rPr>
        <w:t>（最も連絡がつきやすい番号をご記入</w:t>
      </w:r>
      <w:r w:rsidR="00461331">
        <w:rPr>
          <w:sz w:val="19"/>
          <w:lang w:eastAsia="ja-JP"/>
        </w:rPr>
        <w:t>して</w:t>
      </w:r>
      <w:r w:rsidRPr="00BB2758">
        <w:rPr>
          <w:sz w:val="19"/>
          <w:lang w:eastAsia="ja-JP"/>
        </w:rPr>
        <w:t>ください）</w:t>
      </w:r>
      <w:r>
        <w:rPr>
          <w:u w:val="single"/>
          <w:lang w:eastAsia="ja-JP"/>
        </w:rPr>
        <w:t xml:space="preserve">　　　　　　　　　　　　　　　　　　　　　　　　　　　　　　</w:t>
      </w:r>
    </w:p>
    <w:p w14:paraId="3FBCE6D8" w14:textId="05CBD293" w:rsidR="00FA371F" w:rsidRDefault="00641C3C">
      <w:pPr>
        <w:spacing w:line="312" w:lineRule="auto"/>
        <w:rPr>
          <w:rFonts w:hint="default"/>
          <w:color w:val="787878"/>
          <w:sz w:val="19"/>
          <w:lang w:eastAsia="ja-JP"/>
        </w:rPr>
      </w:pPr>
      <w:r>
        <w:rPr>
          <w:b/>
          <w:lang w:eastAsia="ja-JP"/>
        </w:rPr>
        <w:t xml:space="preserve">■ 来場車両情報： </w:t>
      </w:r>
      <w:r w:rsidRPr="00BB2758">
        <w:rPr>
          <w:sz w:val="19"/>
          <w:lang w:eastAsia="ja-JP"/>
        </w:rPr>
        <w:t>□ 車両あり （ ナンバー：                    / 車種・台数：          ）  □ 車両なし</w:t>
      </w:r>
    </w:p>
    <w:p w14:paraId="4CF0C0FD" w14:textId="40F28495" w:rsidR="00FA371F" w:rsidRDefault="00641C3C">
      <w:pPr>
        <w:pBdr>
          <w:bottom w:val="single" w:sz="12" w:space="4" w:color="4F81BD"/>
        </w:pBdr>
        <w:rPr>
          <w:rFonts w:ascii="ＭＳ ゴシック" w:hAnsi="ＭＳ ゴシック" w:hint="default"/>
          <w:b/>
          <w:sz w:val="24"/>
          <w:lang w:eastAsia="ja-JP"/>
        </w:rPr>
      </w:pPr>
      <w:r>
        <w:rPr>
          <w:rFonts w:ascii="ＭＳ ゴシック" w:hAnsi="ＭＳ ゴシック"/>
          <w:b/>
          <w:sz w:val="24"/>
          <w:lang w:eastAsia="ja-JP"/>
        </w:rPr>
        <w:t xml:space="preserve">2. </w:t>
      </w:r>
      <w:r w:rsidR="00972A94">
        <w:rPr>
          <w:rFonts w:ascii="ＭＳ ゴシック" w:hAnsi="ＭＳ ゴシック"/>
          <w:b/>
          <w:sz w:val="24"/>
          <w:lang w:eastAsia="ja-JP"/>
        </w:rPr>
        <w:t>炊き出しの内容</w:t>
      </w:r>
    </w:p>
    <w:p w14:paraId="56CB7B64" w14:textId="3F8E0098" w:rsidR="00FB6C71" w:rsidRDefault="00BB2758">
      <w:pPr>
        <w:rPr>
          <w:rFonts w:hint="default"/>
          <w:b/>
          <w:sz w:val="20"/>
          <w:lang w:eastAsia="ja-JP"/>
        </w:rPr>
      </w:pPr>
      <w:r>
        <w:rPr>
          <w:b/>
          <w:sz w:val="20"/>
          <w:lang w:eastAsia="ja-JP"/>
        </w:rPr>
        <w:t>■</w:t>
      </w:r>
      <w:r w:rsidR="00641C3C">
        <w:rPr>
          <w:b/>
          <w:sz w:val="20"/>
          <w:lang w:eastAsia="ja-JP"/>
        </w:rPr>
        <w:t xml:space="preserve"> </w:t>
      </w:r>
      <w:r>
        <w:rPr>
          <w:b/>
          <w:sz w:val="20"/>
          <w:lang w:eastAsia="ja-JP"/>
        </w:rPr>
        <w:t>提供メニュー（全て記入）：</w:t>
      </w:r>
    </w:p>
    <w:p w14:paraId="401E3FD5" w14:textId="30281A8F" w:rsidR="00FA371F" w:rsidRDefault="00BB2758" w:rsidP="002A5A54">
      <w:pPr>
        <w:rPr>
          <w:rFonts w:hint="default"/>
          <w:sz w:val="19"/>
          <w:szCs w:val="19"/>
          <w:lang w:eastAsia="ja-JP"/>
        </w:rPr>
      </w:pPr>
      <w:r>
        <w:rPr>
          <w:b/>
          <w:sz w:val="20"/>
          <w:lang w:eastAsia="ja-JP"/>
        </w:rPr>
        <w:t>■ 提供方法</w:t>
      </w:r>
      <w:r w:rsidR="002A5A54">
        <w:rPr>
          <w:b/>
          <w:sz w:val="20"/>
          <w:lang w:eastAsia="ja-JP"/>
        </w:rPr>
        <w:t>（避難所内への立入は出来ません）：</w:t>
      </w:r>
      <w:r w:rsidR="53FFDE37" w:rsidRPr="789FFBAE">
        <w:rPr>
          <w:sz w:val="19"/>
          <w:szCs w:val="19"/>
          <w:lang w:eastAsia="ja-JP"/>
        </w:rPr>
        <w:t xml:space="preserve">　　　　　　　　　　　　　　　　　　　　　　　　　　　　　　　　　　　　　　</w:t>
      </w:r>
      <w:r w:rsidR="52FD413C" w:rsidRPr="789FFBAE">
        <w:rPr>
          <w:sz w:val="19"/>
          <w:szCs w:val="19"/>
          <w:lang w:eastAsia="ja-JP"/>
        </w:rPr>
        <w:t xml:space="preserve">　</w:t>
      </w:r>
      <w:r w:rsidR="7F23AB97" w:rsidRPr="789FFBAE">
        <w:rPr>
          <w:sz w:val="19"/>
          <w:szCs w:val="19"/>
          <w:lang w:eastAsia="ja-JP"/>
        </w:rPr>
        <w:t xml:space="preserve">　　　　</w:t>
      </w:r>
      <w:r w:rsidR="52FD413C" w:rsidRPr="789FFBAE">
        <w:rPr>
          <w:sz w:val="19"/>
          <w:szCs w:val="19"/>
          <w:lang w:eastAsia="ja-JP"/>
        </w:rPr>
        <w:t xml:space="preserve">　 </w:t>
      </w:r>
      <w:r w:rsidR="21BFB275" w:rsidRPr="789FFBAE">
        <w:rPr>
          <w:sz w:val="19"/>
          <w:szCs w:val="19"/>
          <w:lang w:eastAsia="ja-JP"/>
        </w:rPr>
        <w:t xml:space="preserve">　　　　　　　　　　　　　　　　　　　　　　　　　　　　　　　　　</w:t>
      </w:r>
    </w:p>
    <w:p w14:paraId="63839E7A" w14:textId="76577CAD" w:rsidR="00FA371F" w:rsidRDefault="00641C3C">
      <w:pPr>
        <w:pBdr>
          <w:bottom w:val="single" w:sz="12" w:space="4" w:color="4F81BD"/>
        </w:pBdr>
        <w:rPr>
          <w:rFonts w:hint="default"/>
          <w:lang w:eastAsia="ja-JP"/>
        </w:rPr>
      </w:pPr>
      <w:r>
        <w:rPr>
          <w:rFonts w:ascii="ＭＳ ゴシック" w:hAnsi="ＭＳ ゴシック"/>
          <w:b/>
          <w:sz w:val="24"/>
          <w:lang w:eastAsia="ja-JP"/>
        </w:rPr>
        <w:t xml:space="preserve">3. </w:t>
      </w:r>
      <w:r>
        <w:rPr>
          <w:rFonts w:ascii="ＭＳ ゴシック" w:hAnsi="ＭＳ ゴシック"/>
          <w:b/>
          <w:sz w:val="24"/>
          <w:lang w:eastAsia="ja-JP"/>
        </w:rPr>
        <w:t>活動条件・同意事項（</w:t>
      </w:r>
      <w:r w:rsidR="00F56FCD" w:rsidRPr="002462B0">
        <w:rPr>
          <w:rFonts w:ascii="ＭＳ ゴシック" w:hAnsi="ＭＳ ゴシック"/>
          <w:b/>
          <w:color w:val="FF0000"/>
          <w:sz w:val="24"/>
          <w:lang w:eastAsia="ja-JP"/>
        </w:rPr>
        <w:t>同意署名必須</w:t>
      </w:r>
      <w:r>
        <w:rPr>
          <w:rFonts w:ascii="ＭＳ ゴシック" w:hAnsi="ＭＳ ゴシック"/>
          <w:b/>
          <w:sz w:val="24"/>
          <w:lang w:eastAsia="ja-JP"/>
        </w:rPr>
        <w:t>）</w:t>
      </w:r>
      <w:r w:rsidR="002462B0" w:rsidRPr="002462B0">
        <w:rPr>
          <w:rFonts w:ascii="ＭＳ ゴシック" w:hAnsi="ＭＳ ゴシック"/>
          <w:b/>
          <w:color w:val="FF0000"/>
          <w:sz w:val="24"/>
          <w:lang w:eastAsia="ja-JP"/>
        </w:rPr>
        <w:t>＊</w:t>
      </w:r>
      <w:r w:rsidR="00972A94">
        <w:rPr>
          <w:rFonts w:ascii="ＭＳ ゴシック" w:hAnsi="ＭＳ ゴシック"/>
          <w:b/>
          <w:color w:val="FF0000"/>
          <w:sz w:val="24"/>
          <w:lang w:eastAsia="ja-JP"/>
        </w:rPr>
        <w:t>当申請書を</w:t>
      </w:r>
      <w:r w:rsidR="002462B0" w:rsidRPr="002462B0">
        <w:rPr>
          <w:rFonts w:ascii="ＭＳ ゴシック" w:hAnsi="ＭＳ ゴシック"/>
          <w:b/>
          <w:color w:val="FF0000"/>
          <w:sz w:val="24"/>
          <w:lang w:eastAsia="ja-JP"/>
        </w:rPr>
        <w:t>印刷の上、当日お持ちください。</w:t>
      </w:r>
    </w:p>
    <w:p w14:paraId="4B638ED4" w14:textId="6E44F8DE" w:rsidR="00FA371F" w:rsidRDefault="00641C3C">
      <w:pPr>
        <w:rPr>
          <w:rFonts w:hint="default"/>
          <w:lang w:eastAsia="ja-JP"/>
        </w:rPr>
      </w:pPr>
      <w:r>
        <w:rPr>
          <w:b/>
          <w:lang w:eastAsia="ja-JP"/>
        </w:rPr>
        <w:t xml:space="preserve">■ 本日の活動予定時間： </w:t>
      </w:r>
      <w:r>
        <w:rPr>
          <w:lang w:eastAsia="ja-JP"/>
        </w:rPr>
        <w:t xml:space="preserve">　　 時 　　 分 ～～ 　　 時 　　 分 まで （</w:t>
      </w:r>
      <w:r w:rsidR="00972A94">
        <w:rPr>
          <w:lang w:eastAsia="ja-JP"/>
        </w:rPr>
        <w:t>準備</w:t>
      </w:r>
      <w:r>
        <w:rPr>
          <w:lang w:eastAsia="ja-JP"/>
        </w:rPr>
        <w:t>・片付け時間を含む）</w:t>
      </w:r>
    </w:p>
    <w:p w14:paraId="456B330E" w14:textId="77777777" w:rsidR="00FA371F" w:rsidRDefault="00641C3C">
      <w:pPr>
        <w:ind w:left="216"/>
        <w:rPr>
          <w:rFonts w:hint="default"/>
          <w:lang w:eastAsia="ja-JP"/>
        </w:rPr>
      </w:pPr>
      <w:r>
        <w:rPr>
          <w:b/>
          <w:sz w:val="20"/>
          <w:lang w:eastAsia="ja-JP"/>
        </w:rPr>
        <w:t>□ 避難者・被災者のプライバシー（許可のない写真・動画撮影、SNS投稿の禁止等）を厳守します。</w:t>
      </w:r>
    </w:p>
    <w:p w14:paraId="3C928A56" w14:textId="1343621C" w:rsidR="00FA371F" w:rsidRDefault="00641C3C">
      <w:pPr>
        <w:ind w:left="216"/>
        <w:rPr>
          <w:rFonts w:hint="default"/>
          <w:lang w:eastAsia="ja-JP"/>
        </w:rPr>
      </w:pPr>
      <w:r>
        <w:rPr>
          <w:b/>
          <w:sz w:val="20"/>
          <w:lang w:eastAsia="ja-JP"/>
        </w:rPr>
        <w:t>□ 避難所</w:t>
      </w:r>
      <w:r w:rsidR="00F56FCD">
        <w:rPr>
          <w:b/>
          <w:sz w:val="20"/>
          <w:lang w:eastAsia="ja-JP"/>
        </w:rPr>
        <w:t>責任者</w:t>
      </w:r>
      <w:r>
        <w:rPr>
          <w:b/>
          <w:sz w:val="20"/>
          <w:lang w:eastAsia="ja-JP"/>
        </w:rPr>
        <w:t>の指示に従い、指定されたエリア（駐車スペース・活動場所）以外には立ち入りません。</w:t>
      </w:r>
    </w:p>
    <w:p w14:paraId="5CD1CE72" w14:textId="7F7B068A" w:rsidR="00FA371F" w:rsidRDefault="00641C3C">
      <w:pPr>
        <w:ind w:left="216"/>
        <w:rPr>
          <w:rFonts w:hint="default"/>
          <w:lang w:eastAsia="ja-JP"/>
        </w:rPr>
      </w:pPr>
      <w:r>
        <w:rPr>
          <w:b/>
          <w:sz w:val="20"/>
          <w:lang w:eastAsia="ja-JP"/>
        </w:rPr>
        <w:t>□ 万が一、</w:t>
      </w:r>
      <w:r w:rsidR="002A5A54">
        <w:rPr>
          <w:b/>
          <w:sz w:val="20"/>
          <w:lang w:eastAsia="ja-JP"/>
        </w:rPr>
        <w:t>食中毒や</w:t>
      </w:r>
      <w:r>
        <w:rPr>
          <w:b/>
          <w:sz w:val="20"/>
          <w:lang w:eastAsia="ja-JP"/>
        </w:rPr>
        <w:t>物損・人身事故等が発生した場合、当方の責任において誠実に対応します。</w:t>
      </w:r>
    </w:p>
    <w:p w14:paraId="5B43C028" w14:textId="221EEDCC" w:rsidR="002A5A54" w:rsidRDefault="002A5A54">
      <w:pPr>
        <w:ind w:left="216"/>
        <w:rPr>
          <w:rFonts w:hint="default"/>
          <w:b/>
          <w:sz w:val="20"/>
          <w:lang w:eastAsia="ja-JP"/>
        </w:rPr>
      </w:pPr>
      <w:r>
        <w:rPr>
          <w:b/>
          <w:sz w:val="20"/>
          <w:lang w:eastAsia="ja-JP"/>
        </w:rPr>
        <w:t>□</w:t>
      </w:r>
      <w:r>
        <w:rPr>
          <w:rFonts w:hint="default"/>
          <w:b/>
          <w:sz w:val="20"/>
          <w:lang w:eastAsia="ja-JP"/>
        </w:rPr>
        <w:t xml:space="preserve"> </w:t>
      </w:r>
      <w:r>
        <w:rPr>
          <w:b/>
          <w:sz w:val="20"/>
          <w:lang w:eastAsia="ja-JP"/>
        </w:rPr>
        <w:t>活動に必要な電源、水道、机などの設備は自己完結します。</w:t>
      </w:r>
    </w:p>
    <w:p w14:paraId="77E9D702" w14:textId="2DB6DCDC" w:rsidR="00FA371F" w:rsidRDefault="00641C3C">
      <w:pPr>
        <w:ind w:left="216"/>
        <w:rPr>
          <w:rFonts w:hint="default"/>
          <w:lang w:eastAsia="ja-JP"/>
        </w:rPr>
      </w:pPr>
      <w:r>
        <w:rPr>
          <w:b/>
          <w:sz w:val="20"/>
          <w:lang w:eastAsia="ja-JP"/>
        </w:rPr>
        <w:t>□ 活動終了時は</w:t>
      </w:r>
      <w:r w:rsidR="00F56FCD">
        <w:rPr>
          <w:b/>
          <w:sz w:val="20"/>
          <w:lang w:eastAsia="ja-JP"/>
        </w:rPr>
        <w:t>責任者</w:t>
      </w:r>
      <w:r>
        <w:rPr>
          <w:b/>
          <w:sz w:val="20"/>
          <w:lang w:eastAsia="ja-JP"/>
        </w:rPr>
        <w:t>に必ず報告し、発生したゴミや資材は</w:t>
      </w:r>
      <w:r w:rsidR="00F56FCD">
        <w:rPr>
          <w:b/>
          <w:sz w:val="20"/>
          <w:lang w:eastAsia="ja-JP"/>
        </w:rPr>
        <w:t>全て</w:t>
      </w:r>
      <w:r>
        <w:rPr>
          <w:b/>
          <w:sz w:val="20"/>
          <w:lang w:eastAsia="ja-JP"/>
        </w:rPr>
        <w:t>持ち帰ります。</w:t>
      </w:r>
    </w:p>
    <w:p w14:paraId="7220C6ED" w14:textId="77777777" w:rsidR="00BF18E6" w:rsidRPr="00BF18E6" w:rsidRDefault="4E64431F" w:rsidP="00BF18E6">
      <w:pPr>
        <w:jc w:val="right"/>
        <w:rPr>
          <w:rFonts w:hint="default"/>
          <w:sz w:val="24"/>
          <w:szCs w:val="24"/>
          <w:lang w:eastAsia="ja-JP"/>
        </w:rPr>
      </w:pPr>
      <w:r w:rsidRPr="00BF18E6">
        <w:rPr>
          <w:b/>
          <w:bCs/>
          <w:sz w:val="24"/>
          <w:szCs w:val="24"/>
          <w:lang w:eastAsia="ja-JP"/>
        </w:rPr>
        <w:t>上記の内容を確認し、同意の上で活動します</w:t>
      </w:r>
      <w:r w:rsidRPr="00BF18E6">
        <w:rPr>
          <w:sz w:val="24"/>
          <w:szCs w:val="24"/>
          <w:lang w:eastAsia="ja-JP"/>
        </w:rPr>
        <w:t>。</w:t>
      </w:r>
    </w:p>
    <w:p w14:paraId="1AB07213" w14:textId="4D2AC0AF" w:rsidR="00FA371F" w:rsidRPr="00317B98" w:rsidRDefault="00317B98" w:rsidP="00BF18E6">
      <w:pPr>
        <w:rPr>
          <w:rFonts w:hint="default"/>
          <w:b/>
          <w:bCs/>
          <w:lang w:eastAsia="ja-JP"/>
        </w:rPr>
      </w:pPr>
      <w:r>
        <w:rPr>
          <w:sz w:val="24"/>
          <w:szCs w:val="24"/>
          <w:lang w:eastAsia="ja-JP"/>
        </w:rPr>
        <w:t xml:space="preserve">　　</w:t>
      </w:r>
      <w:r w:rsidR="00BF18E6">
        <w:rPr>
          <w:sz w:val="24"/>
          <w:szCs w:val="24"/>
          <w:lang w:eastAsia="ja-JP"/>
        </w:rPr>
        <w:t xml:space="preserve">　　　　　　　　</w:t>
      </w:r>
      <w:r w:rsidR="002A5A54" w:rsidRPr="00317B98">
        <w:rPr>
          <w:b/>
          <w:bCs/>
          <w:sz w:val="24"/>
          <w:szCs w:val="24"/>
          <w:lang w:eastAsia="ja-JP"/>
        </w:rPr>
        <w:t>記入日：2026年　　月　　日</w:t>
      </w:r>
      <w:r w:rsidR="00BF18E6">
        <w:rPr>
          <w:b/>
          <w:bCs/>
          <w:sz w:val="24"/>
          <w:szCs w:val="24"/>
          <w:lang w:eastAsia="ja-JP"/>
        </w:rPr>
        <w:t xml:space="preserve">　　</w:t>
      </w:r>
      <w:r w:rsidR="00BF18E6" w:rsidRPr="00BF18E6">
        <w:rPr>
          <w:b/>
          <w:bCs/>
          <w:sz w:val="24"/>
          <w:szCs w:val="24"/>
          <w:lang w:eastAsia="ja-JP"/>
        </w:rPr>
        <w:t>代表者署名</w:t>
      </w:r>
      <w:r w:rsidR="00BF18E6">
        <w:rPr>
          <w:b/>
          <w:bCs/>
          <w:sz w:val="24"/>
          <w:szCs w:val="24"/>
          <w:lang w:eastAsia="ja-JP"/>
        </w:rPr>
        <w:t>：</w:t>
      </w:r>
      <w:r w:rsidR="00BF18E6" w:rsidRPr="00BF18E6">
        <w:rPr>
          <w:b/>
          <w:bCs/>
          <w:sz w:val="24"/>
          <w:szCs w:val="24"/>
          <w:lang w:eastAsia="ja-JP"/>
        </w:rPr>
        <w:t xml:space="preserve">　　　　　　　　　</w:t>
      </w:r>
      <w:r w:rsidR="00BF18E6">
        <w:rPr>
          <w:b/>
          <w:bCs/>
          <w:sz w:val="24"/>
          <w:szCs w:val="24"/>
          <w:u w:val="single"/>
          <w:lang w:eastAsia="ja-JP"/>
        </w:rPr>
        <w:t xml:space="preserve">　　　　　　</w:t>
      </w:r>
      <w:r w:rsidR="00BF18E6" w:rsidRPr="00BF18E6">
        <w:rPr>
          <w:b/>
          <w:bCs/>
          <w:sz w:val="24"/>
          <w:szCs w:val="24"/>
          <w:u w:val="single"/>
          <w:lang w:eastAsia="ja-JP"/>
        </w:rPr>
        <w:t xml:space="preserve">　</w:t>
      </w:r>
      <w:r w:rsidR="00BF18E6" w:rsidRPr="00BF18E6">
        <w:rPr>
          <w:b/>
          <w:bCs/>
          <w:sz w:val="24"/>
          <w:szCs w:val="24"/>
          <w:lang w:eastAsia="ja-JP"/>
        </w:rPr>
        <w:t xml:space="preserve">　</w:t>
      </w:r>
      <w:r w:rsidR="00BF18E6">
        <w:rPr>
          <w:b/>
          <w:bCs/>
          <w:sz w:val="24"/>
          <w:szCs w:val="24"/>
          <w:lang w:eastAsia="ja-JP"/>
        </w:rPr>
        <w:t xml:space="preserve">　　　　　　</w:t>
      </w:r>
      <w:r w:rsidR="002A5A54" w:rsidRPr="00317B98">
        <w:rPr>
          <w:b/>
          <w:bCs/>
          <w:sz w:val="24"/>
          <w:szCs w:val="24"/>
          <w:lang w:eastAsia="ja-JP"/>
        </w:rPr>
        <w:t xml:space="preserve">　　</w:t>
      </w:r>
      <w:r w:rsidR="00BF18E6">
        <w:rPr>
          <w:b/>
          <w:bCs/>
          <w:sz w:val="24"/>
          <w:szCs w:val="24"/>
          <w:u w:val="single"/>
          <w:lang w:eastAsia="ja-JP"/>
        </w:rPr>
        <w:t xml:space="preserve">　</w:t>
      </w:r>
      <w:r w:rsidR="002A5A54" w:rsidRPr="00317B98">
        <w:rPr>
          <w:b/>
          <w:bCs/>
          <w:sz w:val="24"/>
          <w:szCs w:val="24"/>
          <w:u w:val="single"/>
          <w:lang w:eastAsia="ja-JP"/>
        </w:rPr>
        <w:t xml:space="preserve">　　　　　　　　　　　</w:t>
      </w:r>
      <w:bookmarkEnd w:id="1"/>
      <w:r w:rsidR="002A5A54" w:rsidRPr="00317B98">
        <w:rPr>
          <w:b/>
          <w:bCs/>
          <w:sz w:val="24"/>
          <w:szCs w:val="24"/>
          <w:lang w:eastAsia="ja-JP"/>
        </w:rPr>
        <w:t xml:space="preserve">　</w:t>
      </w:r>
      <w:r w:rsidR="002462B0" w:rsidRPr="00317B98">
        <w:rPr>
          <w:b/>
          <w:bCs/>
          <w:sz w:val="24"/>
          <w:szCs w:val="24"/>
          <w:lang w:eastAsia="ja-JP"/>
        </w:rPr>
        <w:t xml:space="preserve">　　　　　　　　　　　　　</w:t>
      </w:r>
      <w:r w:rsidR="00641C3C" w:rsidRPr="00317B98">
        <w:rPr>
          <w:b/>
          <w:bCs/>
          <w:sz w:val="24"/>
          <w:szCs w:val="24"/>
          <w:lang w:eastAsia="ja-JP"/>
        </w:rPr>
        <w:t xml:space="preserve"> 　</w:t>
      </w:r>
      <w:r w:rsidR="002462B0" w:rsidRPr="00317B98">
        <w:rPr>
          <w:b/>
          <w:bCs/>
          <w:sz w:val="24"/>
          <w:szCs w:val="24"/>
          <w:lang w:eastAsia="ja-JP"/>
        </w:rPr>
        <w:t xml:space="preserve">　</w:t>
      </w:r>
      <w:r w:rsidR="00641C3C" w:rsidRPr="00317B98">
        <w:rPr>
          <w:b/>
          <w:bCs/>
          <w:sz w:val="20"/>
          <w:lang w:eastAsia="ja-JP"/>
        </w:rPr>
        <w:t xml:space="preserve">　　　　　　　　　　　　　　　　</w:t>
      </w:r>
    </w:p>
    <w:sectPr w:rsidR="00FA371F" w:rsidRPr="00317B98" w:rsidSect="00BF18E6">
      <w:pgSz w:w="12240" w:h="15840"/>
      <w:pgMar w:top="851" w:right="1123" w:bottom="851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A3C7B60"/>
    <w:multiLevelType w:val="hybridMultilevel"/>
    <w:tmpl w:val="7FB22F88"/>
    <w:lvl w:ilvl="0" w:tplc="DF6E3B6A">
      <w:start w:val="2026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sz w:val="21"/>
        <w:szCs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E0094"/>
    <w:rsid w:val="002462B0"/>
    <w:rsid w:val="0029639D"/>
    <w:rsid w:val="002A5A54"/>
    <w:rsid w:val="00317B98"/>
    <w:rsid w:val="00326F90"/>
    <w:rsid w:val="00461331"/>
    <w:rsid w:val="004F6028"/>
    <w:rsid w:val="00641C3C"/>
    <w:rsid w:val="006B5B46"/>
    <w:rsid w:val="00730EA0"/>
    <w:rsid w:val="00972A94"/>
    <w:rsid w:val="00AA1D8D"/>
    <w:rsid w:val="00B47730"/>
    <w:rsid w:val="00BB2758"/>
    <w:rsid w:val="00BE4F99"/>
    <w:rsid w:val="00BF18E6"/>
    <w:rsid w:val="00C217A3"/>
    <w:rsid w:val="00CB0664"/>
    <w:rsid w:val="00ED75C3"/>
    <w:rsid w:val="00F56FCD"/>
    <w:rsid w:val="00FA371F"/>
    <w:rsid w:val="00FB6C71"/>
    <w:rsid w:val="00FC693F"/>
    <w:rsid w:val="034C3413"/>
    <w:rsid w:val="055954CB"/>
    <w:rsid w:val="07FBD880"/>
    <w:rsid w:val="0D223E9F"/>
    <w:rsid w:val="12F2FE6A"/>
    <w:rsid w:val="1304A058"/>
    <w:rsid w:val="133189B7"/>
    <w:rsid w:val="14A6B500"/>
    <w:rsid w:val="1521314C"/>
    <w:rsid w:val="1824E56B"/>
    <w:rsid w:val="1D4A14C7"/>
    <w:rsid w:val="1E6336EF"/>
    <w:rsid w:val="1EC463AE"/>
    <w:rsid w:val="21BFB275"/>
    <w:rsid w:val="2A1EAE1D"/>
    <w:rsid w:val="2B3B0664"/>
    <w:rsid w:val="2BBFD13A"/>
    <w:rsid w:val="33AC362D"/>
    <w:rsid w:val="33E688EC"/>
    <w:rsid w:val="3A6BE1B3"/>
    <w:rsid w:val="42DE2380"/>
    <w:rsid w:val="45D395DB"/>
    <w:rsid w:val="477F4659"/>
    <w:rsid w:val="4E64431F"/>
    <w:rsid w:val="4F1F518F"/>
    <w:rsid w:val="52FD413C"/>
    <w:rsid w:val="53FFDE37"/>
    <w:rsid w:val="58669407"/>
    <w:rsid w:val="5DA822DE"/>
    <w:rsid w:val="5E2B9CE0"/>
    <w:rsid w:val="603914AB"/>
    <w:rsid w:val="6F20266A"/>
    <w:rsid w:val="70760DED"/>
    <w:rsid w:val="76802495"/>
    <w:rsid w:val="789FFBAE"/>
    <w:rsid w:val="79BAE92C"/>
    <w:rsid w:val="7A806C7A"/>
    <w:rsid w:val="7AC76D03"/>
    <w:rsid w:val="7C5C8F8B"/>
    <w:rsid w:val="7DEC7B20"/>
    <w:rsid w:val="7E28493C"/>
    <w:rsid w:val="7EBFF3A5"/>
    <w:rsid w:val="7F23A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57978C0"/>
  <w14:defaultImageDpi w14:val="300"/>
  <w15:docId w15:val="{35C49AB4-B3A9-4A24-8150-9C1611028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ＭＳ 明朝" w:hAnsi="ＭＳ 明朝" w:hint="eastAsia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">
    <w:name w:val="Hyperlink"/>
    <w:basedOn w:val="a2"/>
    <w:uiPriority w:val="99"/>
    <w:semiHidden/>
    <w:unhideWhenUsed/>
    <w:rsid w:val="00317B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5FE762417036C438A6065A73A865A47" ma:contentTypeVersion="11" ma:contentTypeDescription="新しいドキュメントを作成します。" ma:contentTypeScope="" ma:versionID="07482b00d8fd2abe19b0adbd41391234">
  <xsd:schema xmlns:xsd="http://www.w3.org/2001/XMLSchema" xmlns:xs="http://www.w3.org/2001/XMLSchema" xmlns:p="http://schemas.microsoft.com/office/2006/metadata/properties" xmlns:ns2="aefa3c9e-4ab2-4087-9e64-852d5741c7ec" xmlns:ns3="768e666f-e683-40cf-bc50-14997fd8ef92" targetNamespace="http://schemas.microsoft.com/office/2006/metadata/properties" ma:root="true" ma:fieldsID="0f51c3bbd9a0859905af0f3bff660614" ns2:_="" ns3:_="">
    <xsd:import namespace="aefa3c9e-4ab2-4087-9e64-852d5741c7ec"/>
    <xsd:import namespace="768e666f-e683-40cf-bc50-14997fd8ef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fa3c9e-4ab2-4087-9e64-852d5741c7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431886d3-7555-4b15-8165-b5a1dd7b6e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8e666f-e683-40cf-bc50-14997fd8ef9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b0160db-ae5a-4224-bb70-f25836ebee2e}" ma:internalName="TaxCatchAll" ma:showField="CatchAllData" ma:web="768e666f-e683-40cf-bc50-14997fd8ef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8e666f-e683-40cf-bc50-14997fd8ef92" xsi:nil="true"/>
    <lcf76f155ced4ddcb4097134ff3c332f xmlns="aefa3c9e-4ab2-4087-9e64-852d5741c7e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32D243D-27BE-4B3F-88A9-FA1B979875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fa3c9e-4ab2-4087-9e64-852d5741c7ec"/>
    <ds:schemaRef ds:uri="768e666f-e683-40cf-bc50-14997fd8ef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902DA1-CB06-4532-9103-7145442561E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481B7F-E8DD-4424-A752-CF97BE5D8B46}">
  <ds:schemaRefs>
    <ds:schemaRef ds:uri="http://schemas.microsoft.com/office/2006/metadata/properties"/>
    <ds:schemaRef ds:uri="http://schemas.microsoft.com/office/infopath/2007/PartnerControls"/>
    <ds:schemaRef ds:uri="768e666f-e683-40cf-bc50-14997fd8ef92"/>
    <ds:schemaRef ds:uri="aefa3c9e-4ab2-4087-9e64-852d5741c7e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湯川 恭司</cp:lastModifiedBy>
  <cp:revision>4</cp:revision>
  <dcterms:created xsi:type="dcterms:W3CDTF">2026-10-09T09:42:00Z</dcterms:created>
  <dcterms:modified xsi:type="dcterms:W3CDTF">2026-10-09T09:48:00Z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0x010100C5FE762417036C438A6065A73A865A47</vt:lpwstr>
  </property>
  <property fmtid="{D5CDD505-2E9C-101B-9397-08002B2CF9AE}" pid="3" name="MediaServiceImageTags">
    <vt:lpwstr/>
  </property>
</Properties>
</file>